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พยัญชนะตัวแรกในภาษาไทยคือตัวใด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 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 ควาย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ง 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พยัญชนะไทยมีทั้งหมดกี่ตัว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40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42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44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46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พยัญชนะตัวใดอยู่ต่อจาก "ข ไข่"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ฃ ขวด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 ควาย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ฅ คน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ฆ ระฆัง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คำใดใช้พยัญชนะต้นเป็นตัว "ช"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ซอง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ฉัน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"ต" อ่านออกเสียงว่าอย่างไร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พยัญชนะตัวใดเขียนคล้าย "บ ใบไม้" แต่มีหางยาว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ษ ฤาษี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 ผึ้ง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 พาน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คำในข้อใดมี "ท ทหาร" เป็นพยัญชนะต้น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ทะเล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เวลา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ศาลา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กะลา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"ม" คู่กับรูปภาพใด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 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 หมู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"หมา" มีพยัญชนะตัวแรกคือตัวใด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ฮ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พยัญชนะตัวใดอ่านออกเสียงเหมือน "ด เด็ก"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ฎ ชฎา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ฏ ปฏัก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ฐ ฐาน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ฑ มณโฑ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พยัญชนะตัวใดอยู่ก่อน "ข ไข่"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ฃ ขวด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 ควาย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ฅ คน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พยัญชนะไทยตัวสุดท้าย คือตัวใด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อ อ่าง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ฮ นกฮูก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 หีบ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ฬ จุฬา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ภาพ "แหวน" ตรงกับพยัญชนะตัวใด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 แหวน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 เรือ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 หีบ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พยัญชนะในข้อใดไม่มีหัว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 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 ควาย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ง 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คำในข้อใดขึ้นต้นด้วยพยัญชนะ "ง"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ฉัน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"ฟ ฟัน" เขียนคล้ายกับพยัญชนะตัวใดมากที่สุด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 พาน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 ผึ้ง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ฝ ฝา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บ ใบไม้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คำใดขึ้นต้นด้วยพยัญชนะ "ต เต่า"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พยัญชนะตัวใดอยู่ต่อจาก "บ ใบไม้"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 ผึ้ง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 พาน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ภ สำเภา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คำในข้อใดขึ้นต้นด้วย "ส เสือ"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ซอง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"จ" อ่านว่าอย่างไร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ซอ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1 เรื่อง พยัญชนะไทย 44 ตัว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44 ตัว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ฃ ขวด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 ปลา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ทะเล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 ม้า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ฎ ชฎา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ฮ นกฮูก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 แหวน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งู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 พาน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 ปลา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ส้ม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1 เรื่อง พยัญชนะไทย 44 ตัว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