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นิทานเรื่อง "กระต่ายกับเต่า" ใครเป็นผู้ชนะการวิ่งแข่ง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กระต่าย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เต่า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นิทานเรื่อง "กระต่ายกับเต่า" ทำไมเต่าถึงชนะกระต่าย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เพราะเต่าวิ่งเร็วกว่า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เพราะกระต่ายแอบหลับ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เพราะเต่าบินได้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เพราะกระต่ายหลงทาง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นิทานเรื่อง "กระต่ายกับเต่า" สอนให้เรารู้เรื่องอะไร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ความพยายาม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ความเกียจคร้าน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การพูดโกหก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การแบ่งปัน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"ช้างตัวใหญ่กำลังกินกล้วยในป่า" ข้อความนี้กล่าวถึงสัตว์ชนิดใด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จากข้อความ "ช้างตัวใหญ่กำลังกินกล้วยในป่า" ช้างกำลังทำอะไร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กินกล้วย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วิ่งเล่น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อาบน้ำ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"นิดาตื่นแต่เช้าเพื่อไปโรงเรียน" นิดาตื่นเช้าเพื่อไปที่ไหน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ตลาด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สวนสัตว์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"แม่ไก่ออกไข่ในเล้า 3 ฟอง" แม่ไก่ออกไข่กี่ฟอง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1 ฟอง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2 ฟอง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3 ฟอง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4 ฟอง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"พ่อพาหนูนาไปเที่ยวทะเลในวันหยุด" ใครเป็นคนพาหนูนาไปเที่ยว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จากข้อความ "พ่อพาหนูนาไปเที่ยวทะเลในวันหยุด" พ่อพาหนูนาไปเที่ยวที่ไหน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น้ำตก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ภูเขา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ทะเล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สวนสนุก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"แมวสีดำชอบกินปลาทู" แมวตัวนี้มีสีอะไร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สีขาว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สีน้ำตาล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สีดำ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สีส้ม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จากข้อความ "แมวสีดำชอบกินปลาทู" แมวชอบกินอะไร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ปลาทู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กุ้ง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อ่านนิทานสั้น: "มดง่ามขยันหาอาหารมาเก็บไว้ แต่จักจั่นเอาแต่ร้องเพลง" ใครเป็นสัตว์ที่ขยัน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มดง่าม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จักจั่น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จากเรื่อง "มดง่ามกับจักจั่น" จักจั่นเอาแต่ทำอะไร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หาอาหาร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สร้างรัง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"ฝนตกหนัก ทำให้มีน้ำขังบนถนน" เกิดอะไรขึ้นเมื่อฝนตกหนัก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แดดออก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มีน้ำขังบนถนน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รถติด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ลมพัดแรง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"ก้องชอบเล่นฟุตบอลกับเพื่อนที่สนามหญ้า" ก้องชอบเล่นกีฬาอะไร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ว่ายน้ำ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วิ่งเปี้ยว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ฟุตบอล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กระโดดเชือก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นิทานเรื่อง "เด็กเลี้ยงแกะ" เด็กเลี้ยงแกะมีนิสัยอย่างไร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ชอบพูดโกหก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ชอบช่วยเหลือคนอื่น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ชอบขโมยของ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ชอบแบ่งปัน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ตอนจบของนิทาน "เด็กเลี้ยงแกะ" เมื่อหมาป่ามาจริงๆ เกิดอะไรขึ้น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ชาวบ้านรีบมาช่วย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ไม่มีใครเชื่อและมาช่วย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เด็กเลี้ยงแกะสู้หมาป่าได้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หมาป่าวิ่งหนีไป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"คุณยายทำขนมครกอร่อยมาก ฉันชอบกินมาก" ใครเป็นคนทำขนมครก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คุณย่า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คุณยาย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"ลิงน้อยปีนต้นไม้อย่างรวดเร็วเพื่อไปเก็บผลไม้" ลิงน้อยปีนต้นไม้ไปทำไม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ไปนอนหลับ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ไปซ่อนตัว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ไปหาเพื่อน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ไปเก็บผลไม้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อ่านข้อความ: "พี่ชายกำลังสอนน้องสาววาดรูปนก" พี่ชายกำลังสอนน้องทำอะไร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วาดรูปนก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อ่านหนังสือ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เขียนหนังสือ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10 เรื่อง การอ่านจับใจความเรื่องสั้น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เต่า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เพราะกระต่ายแอบหลับ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ความพยายาม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กินกล้วย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โรงเรียน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3 ฟอง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พ่อ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ทะเล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สีดำ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ปลาทู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มดง่าม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มีน้ำขังบนถนน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ฟุตบอล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ชอบพูดโกหก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ไม่มีใครเชื่อและมาช่วย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คุณยาย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ไปเก็บผลไม้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วาดรูปนก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10 เรื่อง การอ่านจับใจความเรื่องสั้น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