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"โรงเรียน"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โลงเรียน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โรงเลียน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โลงเลียน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คำในข้อใดเขียน "ผิด"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ร้องไห้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บันได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น้ำไส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"หมา"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ข + สระ อา + ว + ไม้โท เขียนเป็นคำได้อย่างไร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ข่าว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ขาวโพลน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"กระเป๋า"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กระเป้า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กะเป้า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ข้อใดเติมคำในช่องว่างได้ถูกต้อง: "แม่____"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แม้น้ำ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แม่น่ำ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ข้อใดเขียนคำได้ถูกต้องทั้งหมด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ปลาทู, ปูนา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ปลาทลู, ปูนา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ปลาทู, พูนา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ปลาทูล, ปูนา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"ร้องเพลง"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ร้องเพง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ลองเพง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เติมพยัญชนะในช่องว่างให้เป็นคำที่ถูกต้อง: "ดอกไ_้"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 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 แหวน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ง 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"กล้วย"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กล้วย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กล่วย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ข้อใดเกิดจากการประสมคำว่า ส + เ-ือ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เชือ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เชื่อ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"รองเท้า"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รองท้าว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ลองท้าว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ประโยค "แม่ไปซื้อ......ที่ตลาด" ควรเติมคำใดที่เขียนถูกต้อง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กัปข้าว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กับข้าว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กะข้าว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กลับข้าว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"ผู้ใหญ่"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พู้ใหญ่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ผู้ใหญ่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ผู้ไหญ่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พู้ไหญ่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คำในข้อใดต้องประสมด้วยสระ ใ- (ไม้ม้วน) จึงจะถูกต้อง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ใบไม้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ไฟฉาย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ไกล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คำที่หมายถึง "พาหนะที่ใช้เดินทางบนถนน" เขียนอย่างไร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รถ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"หนังสือ"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หนังสึอ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หณังสือ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"คุณครู"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คุนครู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คุณคู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คุณครู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คุนคู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"กางเกง"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กางเกง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กลางเกง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กางเกน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กางเก็ง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คำในข้อใดเขียนถูกต้องตามหลักภาษาไทย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ผลไม้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ผลไม้์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ผละไม้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ผดไม้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11 เรื่อง การคัดลายมือและเขียนคำ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โรงเรียน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น้ำไส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กระเป๋า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ปลาทู, ปูนา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 ม้า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กล้วย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กับข้าว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ผู้ใหญ่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ใบไม้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รถ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หนังสือ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คุณครู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กางเกง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ผลไม้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11 เรื่อง การคัดลายมือและเขียนคำ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