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คำใดเป็นคำที่ใช้เรียกสมาชิกในครอบครัว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พ่อ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เติมคำในช่องว่างให้ถูกต้อง: ฉันชอบกิน___มากที่สุด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คำใดหมายถึงสัตว์เลี้ยงในบ้าน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เก้าอี้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ถ้าเราไปโรงเรียน เราจะเจอใคร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รถยนต์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คำใดใช้เรียกสิ่งของที่เราสวมใส่ที่เท้า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หมวก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คำใดใช้เรียกเด็กที่เป็นผู้หญิง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เด็กชาย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ปู่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เด็กหญิง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คำใดเป็นชื่อของอาหาร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ข้าวต้ม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ดินสอ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พ่อ แม่ และลูก เป็นบุคคลใน_____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ครอบครัว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ห้องเรียน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ตลาด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ข้อใดเป็นสิ่งที่เราควรทำในห้องเรียน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วิ่งเล่น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ตั้งใจเรียนหนังสือ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กินขนม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 "ไม่ใช่" ชื่อสัตว์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ฉัน___ไปโรงเรียนทุกวัน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นั่ง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สิ่งใดใช้สำหรับเขียนหนังสือ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หมวก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ดินสอ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คำใดคือคำที่ใช้เรียกผู้ที่ให้กำเนิดเรา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เพื่อน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นักเรียน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ฉันมีสัตว์เลี้ยงคือ___ชื่อมะลิ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รถ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คำใดเป็นสิ่งที่เราทำในตอนเช้า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ตื่นนอน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ดูดาว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กินข้าวเย็น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สิ่งใดที่เราสวมศีรษะเพื่อกันแดด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หมวก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คำใดใช้เรียกแทนตัวเราเองเวลาพูดคุย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ฉัน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เธอ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พวกเขา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ฉันชอบกิน___เป็นอาหารว่าง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ผลไม้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เก้าอี้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 "ไม่ใช่" คำที่เกี่ยวกับโรงเรียน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นักเรียน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ครู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คุณหมอทำงานที่_____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ตลาด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โรงพยาบาล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6 เรื่อง คำพื้นฐาน ป.1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พ่อ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ครู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เด็กหญิง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ข้าวต้ม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ครอบครัว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ตั้งใจเรียนหนังสือ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โต๊ะ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ดินสอ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ตื่นนอน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หมวก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ฉัน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ผลไม้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หมา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โรงพยาบาล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6 เรื่อง คำพื้นฐาน ป.1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