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webextensions/taskpanes.xml" ContentType="application/vnd.ms-office.webextensiontaskpanes+xml"/>
  <Override PartName="/word/webextensions/webextension1.xml" ContentType="application/vnd.ms-office.webextension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470283" w14:textId="1C29373A" w:rsidR="003322D4" w:rsidRPr="0081600B" w:rsidRDefault="003322D4" w:rsidP="003322D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1.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คำใดคล้องจองกับคำว่า "ปลา"</w:t>
      </w:r>
    </w:p>
    <w:p w14:paraId="6DFC8CCC" w14:textId="77777777" w:rsidR="00745AC4" w:rsidRPr="0081600B" w:rsidRDefault="003322D4" w:rsidP="003322D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ก. ดิน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ข. บิน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ค. นก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ง. ตา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/>
      </w:r>
    </w:p>
    <w:p w14:paraId="527DBC5C" w14:textId="0525F5DB" w:rsidR="009939D6" w:rsidRPr="0081600B" w:rsidRDefault="003322D4" w:rsidP="007205CF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  <w:sectPr w:rsidR="009939D6" w:rsidRPr="0081600B" w:rsidSect="00BE42E7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7" w:h="16840" w:code="9"/>
          <w:pgMar w:top="1418" w:right="851" w:bottom="1418" w:left="851" w:header="680" w:footer="567" w:gutter="0"/>
          <w:cols w:sep="1" w:space="1701"/>
          <w:docGrid w:linePitch="360"/>
        </w:sect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2.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คำใดคล้องจองกับคำว่า "ลม"</w:t>
      </w:r>
    </w:p>
    <w:p w14:paraId="6DFC8CCC" w14:textId="77777777" w:rsidR="00745AC4" w:rsidRPr="0081600B" w:rsidRDefault="003322D4" w:rsidP="003322D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ก. กิน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ข. ดม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ค. วิ่ง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ง. นอน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/>
      </w:r>
    </w:p>
    <w:p w14:paraId="527DBC5C" w14:textId="0525F5DB" w:rsidR="009939D6" w:rsidRPr="0081600B" w:rsidRDefault="003322D4" w:rsidP="007205CF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  <w:sectPr w:rsidR="009939D6" w:rsidRPr="0081600B" w:rsidSect="00BE42E7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7" w:h="16840" w:code="9"/>
          <w:pgMar w:top="1418" w:right="851" w:bottom="1418" w:left="851" w:header="680" w:footer="567" w:gutter="0"/>
          <w:cols w:sep="1" w:space="1701"/>
          <w:docGrid w:linePitch="360"/>
        </w:sect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3.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คำในข้อใดคล้องจองกัน</w:t>
      </w:r>
    </w:p>
    <w:p w14:paraId="6DFC8CCC" w14:textId="77777777" w:rsidR="00745AC4" w:rsidRPr="0081600B" w:rsidRDefault="003322D4" w:rsidP="003322D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ก. นก-หนู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ข. หมู-หมา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ค. ไก่-ไข่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ง. แมว-ปลา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/>
      </w:r>
    </w:p>
    <w:p w14:paraId="527DBC5C" w14:textId="0525F5DB" w:rsidR="009939D6" w:rsidRPr="0081600B" w:rsidRDefault="003322D4" w:rsidP="007205CF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  <w:sectPr w:rsidR="009939D6" w:rsidRPr="0081600B" w:rsidSect="00BE42E7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7" w:h="16840" w:code="9"/>
          <w:pgMar w:top="1418" w:right="851" w:bottom="1418" w:left="851" w:header="680" w:footer="567" w:gutter="0"/>
          <w:cols w:sep="1" w:space="1701"/>
          <w:docGrid w:linePitch="360"/>
        </w:sect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4.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คำใดคล้องจองกับคำว่า "ดอกไม้"</w:t>
      </w:r>
    </w:p>
    <w:p w14:paraId="6DFC8CCC" w14:textId="77777777" w:rsidR="00745AC4" w:rsidRPr="0081600B" w:rsidRDefault="003322D4" w:rsidP="003322D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ก. สีแดง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ข. นกบิน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ค. ใจดี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ง. หมาน้อย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/>
      </w:r>
    </w:p>
    <w:p w14:paraId="527DBC5C" w14:textId="0525F5DB" w:rsidR="009939D6" w:rsidRPr="0081600B" w:rsidRDefault="003322D4" w:rsidP="007205CF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  <w:sectPr w:rsidR="009939D6" w:rsidRPr="0081600B" w:rsidSect="00BE42E7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7" w:h="16840" w:code="9"/>
          <w:pgMar w:top="1418" w:right="851" w:bottom="1418" w:left="851" w:header="680" w:footer="567" w:gutter="0"/>
          <w:cols w:sep="1" w:space="1701"/>
          <w:docGrid w:linePitch="360"/>
        </w:sect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5.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โรงเรียน คล้องจองกับคำใด</w:t>
      </w:r>
    </w:p>
    <w:p w14:paraId="6DFC8CCC" w14:textId="77777777" w:rsidR="00745AC4" w:rsidRPr="0081600B" w:rsidRDefault="003322D4" w:rsidP="003322D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ก. บ้านเรือน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ข. เขียนอ่าน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ค. เพื่อนรัก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ง. คุณครู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/>
      </w:r>
    </w:p>
    <w:p w14:paraId="527DBC5C" w14:textId="0525F5DB" w:rsidR="009939D6" w:rsidRPr="0081600B" w:rsidRDefault="003322D4" w:rsidP="007205CF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  <w:sectPr w:rsidR="009939D6" w:rsidRPr="0081600B" w:rsidSect="00BE42E7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7" w:h="16840" w:code="9"/>
          <w:pgMar w:top="1418" w:right="851" w:bottom="1418" w:left="851" w:header="680" w:footer="567" w:gutter="0"/>
          <w:cols w:sep="1" w:space="1701"/>
          <w:docGrid w:linePitch="360"/>
        </w:sect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6.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คำใดคล้องจองกับคำว่า "บ้าน"</w:t>
      </w:r>
    </w:p>
    <w:p w14:paraId="6DFC8CCC" w14:textId="77777777" w:rsidR="00745AC4" w:rsidRPr="0081600B" w:rsidRDefault="003322D4" w:rsidP="003322D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ก. มด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ข. รถ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ค. กบ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ง. ร้าน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/>
      </w:r>
    </w:p>
    <w:p w14:paraId="527DBC5C" w14:textId="0525F5DB" w:rsidR="009939D6" w:rsidRPr="0081600B" w:rsidRDefault="003322D4" w:rsidP="007205CF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  <w:sectPr w:rsidR="009939D6" w:rsidRPr="0081600B" w:rsidSect="00BE42E7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7" w:h="16840" w:code="9"/>
          <w:pgMar w:top="1418" w:right="851" w:bottom="1418" w:left="851" w:header="680" w:footer="567" w:gutter="0"/>
          <w:cols w:sep="1" w:space="1701"/>
          <w:docGrid w:linePitch="360"/>
        </w:sect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7.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คำใดคล้องจองกับคำว่า "สีดำ"</w:t>
      </w:r>
    </w:p>
    <w:p w14:paraId="6DFC8CCC" w14:textId="77777777" w:rsidR="00745AC4" w:rsidRPr="0081600B" w:rsidRDefault="003322D4" w:rsidP="003322D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ก. จำได้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ข. ตากแดด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ค. วิ่งเล่น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ง. ร้องเพลง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/>
      </w:r>
    </w:p>
    <w:p w14:paraId="527DBC5C" w14:textId="0525F5DB" w:rsidR="009939D6" w:rsidRPr="0081600B" w:rsidRDefault="003322D4" w:rsidP="007205CF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  <w:sectPr w:rsidR="009939D6" w:rsidRPr="0081600B" w:rsidSect="00BE42E7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7" w:h="16840" w:code="9"/>
          <w:pgMar w:top="1418" w:right="851" w:bottom="1418" w:left="851" w:header="680" w:footer="567" w:gutter="0"/>
          <w:cols w:sep="1" w:space="1701"/>
          <w:docGrid w:linePitch="360"/>
        </w:sect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8.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ปูนา คล้องจองกับคำใด</w:t>
      </w:r>
    </w:p>
    <w:p w14:paraId="6DFC8CCC" w14:textId="77777777" w:rsidR="00745AC4" w:rsidRPr="0081600B" w:rsidRDefault="003322D4" w:rsidP="003322D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ก. ตัวโต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ข. ขาเก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ค. ดำนา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ง. กางเกง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/>
      </w:r>
    </w:p>
    <w:p w14:paraId="527DBC5C" w14:textId="0525F5DB" w:rsidR="009939D6" w:rsidRPr="0081600B" w:rsidRDefault="003322D4" w:rsidP="007205CF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  <w:sectPr w:rsidR="009939D6" w:rsidRPr="0081600B" w:rsidSect="00BE42E7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7" w:h="16840" w:code="9"/>
          <w:pgMar w:top="1418" w:right="851" w:bottom="1418" w:left="851" w:header="680" w:footer="567" w:gutter="0"/>
          <w:cols w:sep="1" w:space="1701"/>
          <w:docGrid w:linePitch="360"/>
        </w:sect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9.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คำในข้อใดคล้องจองกับคำว่า "กางเกง"</w:t>
      </w:r>
    </w:p>
    <w:p w14:paraId="6DFC8CCC" w14:textId="77777777" w:rsidR="00745AC4" w:rsidRPr="0081600B" w:rsidRDefault="003322D4" w:rsidP="003322D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ก. เสื้อผ้า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ข. กระโปรง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ค. ร้องเพลง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ง. ถุงเท้า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/>
      </w:r>
    </w:p>
    <w:p w14:paraId="527DBC5C" w14:textId="0525F5DB" w:rsidR="009939D6" w:rsidRPr="0081600B" w:rsidRDefault="003322D4" w:rsidP="007205CF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  <w:sectPr w:rsidR="009939D6" w:rsidRPr="0081600B" w:rsidSect="00BE42E7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7" w:h="16840" w:code="9"/>
          <w:pgMar w:top="1418" w:right="851" w:bottom="1418" w:left="851" w:header="680" w:footer="567" w:gutter="0"/>
          <w:cols w:sep="1" w:space="1701"/>
          <w:docGrid w:linePitch="360"/>
        </w:sect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10.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คำใดคล้องจองกับคำว่า "กิน"</w:t>
      </w:r>
    </w:p>
    <w:p w14:paraId="6DFC8CCC" w14:textId="77777777" w:rsidR="00745AC4" w:rsidRPr="0081600B" w:rsidRDefault="003322D4" w:rsidP="003322D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ก. บิน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ข. เดิน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ค. นอน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ง. นั่ง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/>
      </w:r>
    </w:p>
    <w:p w14:paraId="527DBC5C" w14:textId="0525F5DB" w:rsidR="009939D6" w:rsidRPr="0081600B" w:rsidRDefault="003322D4" w:rsidP="007205CF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  <w:sectPr w:rsidR="009939D6" w:rsidRPr="0081600B" w:rsidSect="00BE42E7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7" w:h="16840" w:code="9"/>
          <w:pgMar w:top="1418" w:right="851" w:bottom="1418" w:left="851" w:header="680" w:footer="567" w:gutter="0"/>
          <w:cols w:sep="1" w:space="1701"/>
          <w:docGrid w:linePitch="360"/>
        </w:sect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11.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ข้อใดคือคู่คำคล้องจอง</w:t>
      </w:r>
    </w:p>
    <w:p w14:paraId="6DFC8CCC" w14:textId="77777777" w:rsidR="00745AC4" w:rsidRPr="0081600B" w:rsidRDefault="003322D4" w:rsidP="003322D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ก. เดือน-ดาว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ข. ฟ้า-ฝน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ค. น้ำ-ดิน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ง. ดาว-ขาว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/>
      </w:r>
    </w:p>
    <w:p w14:paraId="527DBC5C" w14:textId="0525F5DB" w:rsidR="009939D6" w:rsidRPr="0081600B" w:rsidRDefault="003322D4" w:rsidP="007205CF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  <w:sectPr w:rsidR="009939D6" w:rsidRPr="0081600B" w:rsidSect="00BE42E7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7" w:h="16840" w:code="9"/>
          <w:pgMar w:top="1418" w:right="851" w:bottom="1418" w:left="851" w:header="680" w:footer="567" w:gutter="0"/>
          <w:cols w:sep="1" w:space="1701"/>
          <w:docGrid w:linePitch="360"/>
        </w:sect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12.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แมวเหมียว คล้องจองกับคำใด</w:t>
      </w:r>
    </w:p>
    <w:p w14:paraId="6DFC8CCC" w14:textId="77777777" w:rsidR="00745AC4" w:rsidRPr="0081600B" w:rsidRDefault="003322D4" w:rsidP="003322D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ก. วิ่งเล่น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ข. เคี้ยวข้าว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ค. กินปลา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ง. จับหนู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/>
      </w:r>
    </w:p>
    <w:p w14:paraId="527DBC5C" w14:textId="0525F5DB" w:rsidR="009939D6" w:rsidRPr="0081600B" w:rsidRDefault="003322D4" w:rsidP="007205CF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  <w:sectPr w:rsidR="009939D6" w:rsidRPr="0081600B" w:rsidSect="00BE42E7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7" w:h="16840" w:code="9"/>
          <w:pgMar w:top="1418" w:right="851" w:bottom="1418" w:left="851" w:header="680" w:footer="567" w:gutter="0"/>
          <w:cols w:sep="1" w:space="1701"/>
          <w:docGrid w:linePitch="360"/>
        </w:sect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13.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คำใดคล้องจองกับคำว่า "ช้าง"</w:t>
      </w:r>
    </w:p>
    <w:p w14:paraId="6DFC8CCC" w14:textId="77777777" w:rsidR="00745AC4" w:rsidRPr="0081600B" w:rsidRDefault="003322D4" w:rsidP="003322D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ก. หมู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ข. ไก่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ค. หาง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ง. นก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/>
      </w:r>
    </w:p>
    <w:p w14:paraId="527DBC5C" w14:textId="0525F5DB" w:rsidR="009939D6" w:rsidRPr="0081600B" w:rsidRDefault="003322D4" w:rsidP="007205CF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  <w:sectPr w:rsidR="009939D6" w:rsidRPr="0081600B" w:rsidSect="00BE42E7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7" w:h="16840" w:code="9"/>
          <w:pgMar w:top="1418" w:right="851" w:bottom="1418" w:left="851" w:header="680" w:footer="567" w:gutter="0"/>
          <w:cols w:sep="1" w:space="1701"/>
          <w:docGrid w:linePitch="360"/>
        </w:sect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14.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คำใดคล้องจองกับคำว่า "ทะเล"</w:t>
      </w:r>
    </w:p>
    <w:p w14:paraId="6DFC8CCC" w14:textId="77777777" w:rsidR="00745AC4" w:rsidRPr="0081600B" w:rsidRDefault="003322D4" w:rsidP="003322D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ก. เวลา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ข. ท้องฟ้า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ค. ภูเขา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ง. ปูนา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/>
      </w:r>
    </w:p>
    <w:p w14:paraId="527DBC5C" w14:textId="0525F5DB" w:rsidR="009939D6" w:rsidRPr="0081600B" w:rsidRDefault="003322D4" w:rsidP="007205CF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  <w:sectPr w:rsidR="009939D6" w:rsidRPr="0081600B" w:rsidSect="00BE42E7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7" w:h="16840" w:code="9"/>
          <w:pgMar w:top="1418" w:right="851" w:bottom="1418" w:left="851" w:header="680" w:footer="567" w:gutter="0"/>
          <w:cols w:sep="1" w:space="1701"/>
          <w:docGrid w:linePitch="360"/>
        </w:sect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15.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พัดลม คล้องจองกับคำใด</w:t>
      </w:r>
    </w:p>
    <w:p w14:paraId="6DFC8CCC" w14:textId="77777777" w:rsidR="00745AC4" w:rsidRPr="0081600B" w:rsidRDefault="003322D4" w:rsidP="003322D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ก. ตากผ้า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ข. พัดพริ้ว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ค. อมยิ้ม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ง. เย็นสบาย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/>
      </w:r>
    </w:p>
    <w:p w14:paraId="527DBC5C" w14:textId="0525F5DB" w:rsidR="009939D6" w:rsidRPr="0081600B" w:rsidRDefault="003322D4" w:rsidP="007205CF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  <w:sectPr w:rsidR="009939D6" w:rsidRPr="0081600B" w:rsidSect="00BE42E7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7" w:h="16840" w:code="9"/>
          <w:pgMar w:top="1418" w:right="851" w:bottom="1418" w:left="851" w:header="680" w:footer="567" w:gutter="0"/>
          <w:cols w:sep="1" w:space="1701"/>
          <w:docGrid w:linePitch="360"/>
        </w:sect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16.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คำใดคล้องจองกับคำว่า "ข้าว"</w:t>
      </w:r>
    </w:p>
    <w:p w14:paraId="6DFC8CCC" w14:textId="77777777" w:rsidR="00745AC4" w:rsidRPr="0081600B" w:rsidRDefault="003322D4" w:rsidP="003322D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ก. ดิน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ข. ฟ้า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ค. ดาว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ง. น้ำ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/>
      </w:r>
    </w:p>
    <w:p w14:paraId="527DBC5C" w14:textId="0525F5DB" w:rsidR="009939D6" w:rsidRPr="0081600B" w:rsidRDefault="003322D4" w:rsidP="007205CF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  <w:sectPr w:rsidR="009939D6" w:rsidRPr="0081600B" w:rsidSect="00BE42E7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7" w:h="16840" w:code="9"/>
          <w:pgMar w:top="1418" w:right="851" w:bottom="1418" w:left="851" w:header="680" w:footer="567" w:gutter="0"/>
          <w:cols w:sep="1" w:space="1701"/>
          <w:docGrid w:linePitch="360"/>
        </w:sect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17.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คำใดคล้องจองกับคำว่า "แก้ว"</w:t>
      </w:r>
    </w:p>
    <w:p w14:paraId="6DFC8CCC" w14:textId="77777777" w:rsidR="00745AC4" w:rsidRPr="0081600B" w:rsidRDefault="003322D4" w:rsidP="003322D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ก. แมว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ข. มด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ค. ปลา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ง. นก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/>
      </w:r>
    </w:p>
    <w:p w14:paraId="527DBC5C" w14:textId="0525F5DB" w:rsidR="009939D6" w:rsidRPr="0081600B" w:rsidRDefault="003322D4" w:rsidP="007205CF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  <w:sectPr w:rsidR="009939D6" w:rsidRPr="0081600B" w:rsidSect="00BE42E7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7" w:h="16840" w:code="9"/>
          <w:pgMar w:top="1418" w:right="851" w:bottom="1418" w:left="851" w:header="680" w:footer="567" w:gutter="0"/>
          <w:cols w:sep="1" w:space="1701"/>
          <w:docGrid w:linePitch="360"/>
        </w:sect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18.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คำใดคล้องจองกับคำว่า "น้ำใส"</w:t>
      </w:r>
    </w:p>
    <w:p w14:paraId="6DFC8CCC" w14:textId="77777777" w:rsidR="00745AC4" w:rsidRPr="0081600B" w:rsidRDefault="003322D4" w:rsidP="003322D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ก. น่ารัก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ข. ใจดี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ค. เห็นปลา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ง. สวยงาม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/>
      </w:r>
    </w:p>
    <w:p w14:paraId="527DBC5C" w14:textId="0525F5DB" w:rsidR="009939D6" w:rsidRPr="0081600B" w:rsidRDefault="003322D4" w:rsidP="007205CF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  <w:sectPr w:rsidR="009939D6" w:rsidRPr="0081600B" w:rsidSect="00BE42E7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7" w:h="16840" w:code="9"/>
          <w:pgMar w:top="1418" w:right="851" w:bottom="1418" w:left="851" w:header="680" w:footer="567" w:gutter="0"/>
          <w:cols w:sep="1" w:space="1701"/>
          <w:docGrid w:linePitch="360"/>
        </w:sect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19.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นกบิน คล้องจองกับคำใด</w:t>
      </w:r>
    </w:p>
    <w:p w14:paraId="6DFC8CCC" w14:textId="77777777" w:rsidR="00745AC4" w:rsidRPr="0081600B" w:rsidRDefault="003322D4" w:rsidP="003322D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ก. ก้อนเมฆ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ข. ยินดี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ค. ท้องฟ้า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ง. ในรัง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/>
      </w:r>
    </w:p>
    <w:p w14:paraId="527DBC5C" w14:textId="0525F5DB" w:rsidR="009939D6" w:rsidRPr="0081600B" w:rsidRDefault="003322D4" w:rsidP="007205CF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  <w:sectPr w:rsidR="009939D6" w:rsidRPr="0081600B" w:rsidSect="00BE42E7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7" w:h="16840" w:code="9"/>
          <w:pgMar w:top="1418" w:right="851" w:bottom="1418" w:left="851" w:header="680" w:footer="567" w:gutter="0"/>
          <w:cols w:sep="1" w:space="1701"/>
          <w:docGrid w:linePitch="360"/>
        </w:sect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20.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คำในข้อใดคล้องจองกันทั้งหมด</w:t>
      </w:r>
    </w:p>
    <w:p w14:paraId="6DFC8CCC" w14:textId="77777777" w:rsidR="00745AC4" w:rsidRPr="0081600B" w:rsidRDefault="003322D4" w:rsidP="003322D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ก. นก-ปลา-หมา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ข. แมว-หนู-หมู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ค. ดิน-ฟ้า-อากาศ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ง. ตา-มา-หา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/>
      </w:r>
    </w:p>
    <w:p w14:paraId="527DBC5C" w14:textId="0525F5DB" w:rsidR="009939D6" w:rsidRPr="0081600B" w:rsidRDefault="003322D4" w:rsidP="007205CF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  <w:sectPr w:rsidR="009939D6" w:rsidRPr="0081600B" w:rsidSect="00BE42E7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7" w:h="16840" w:code="9"/>
          <w:pgMar w:top="1418" w:right="851" w:bottom="1418" w:left="851" w:header="680" w:footer="567" w:gutter="0"/>
          <w:cols w:sep="1" w:space="1701"/>
          <w:docGrid w:linePitch="360"/>
        </w:sect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/>
      </w:r>
    </w:p>
    <w:p w14:paraId="1734E241" w14:textId="5A10117F" w:rsidR="00A67119" w:rsidRPr="0081600B" w:rsidRDefault="00A67119" w:rsidP="003322D4">
      <w:pPr>
        <w:spacing w:after="0" w:line="240" w:lineRule="auto"/>
        <w:rPr>
          <w:rFonts w:ascii="TH SarabunPSK" w:hAnsi="TH SarabunPSK" w:cs="TH SarabunPSK"/>
          <w:b/>
          <w:bCs/>
          <w:sz w:val="36"/>
          <w:szCs w:val="36"/>
          <w:cs/>
        </w:rPr>
      </w:pPr>
      <w:r w:rsidRPr="0081600B">
        <w:rPr>
          <w:rFonts w:ascii="TH SarabunPSK" w:hAnsi="TH SarabunPSK" w:cs="TH SarabunPSK" w:hint="cs"/>
          <w:b/>
          <w:bCs/>
          <w:sz w:val="36"/>
          <w:szCs w:val="36"/>
          <w:cs/>
          <w:lang w:val="th-TH" w:bidi="th-TH"/>
        </w:rPr>
        <w:lastRenderedPageBreak/>
        <w:t>เฉลย</w:t>
      </w:r>
      <w:r w:rsidRPr="0081600B">
        <w:rPr>
          <w:rFonts w:ascii="TH SarabunPSK" w:hAnsi="TH SarabunPSK" w:cs="TH SarabunPSK"/>
          <w:b/>
          <w:bCs/>
          <w:sz w:val="36"/>
          <w:szCs w:val="36"/>
          <w:lang w:val="th-TH" w:bidi="th-TH"/>
        </w:rPr>
        <w:t xml:space="preserve">ข้อสอบภาษาไทย ป.1 ชุดที่ 8 เรื่อง คำคล้องจอง</w:t>
      </w:r>
    </w:p>
    <w:p w14:paraId="7A84117B" w14:textId="1C5580A4" w:rsidR="003322D4" w:rsidRPr="0081600B" w:rsidRDefault="003322D4" w:rsidP="003322D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1.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ง. ตา</w:t>
      </w:r>
    </w:p>
    <w:p w14:paraId="0AC607C6" w14:textId="0976E0D8" w:rsidR="00DC4563" w:rsidRPr="0081600B" w:rsidRDefault="003322D4" w:rsidP="003322D4">
      <w:pPr>
        <w:spacing w:after="0" w:line="240" w:lineRule="auto"/>
        <w:rPr>
          <w:rFonts w:ascii="TH SarabunPSK" w:hAnsi="TH SarabunPSK" w:cs="TH SarabunPSK"/>
          <w:sz w:val="40"/>
          <w:szCs w:val="40"/>
          <w:cs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2.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ข. ดม</w:t>
      </w:r>
    </w:p>
    <w:p w14:paraId="0AC607C6" w14:textId="0976E0D8" w:rsidR="00DC4563" w:rsidRPr="0081600B" w:rsidRDefault="003322D4" w:rsidP="003322D4">
      <w:pPr>
        <w:spacing w:after="0" w:line="240" w:lineRule="auto"/>
        <w:rPr>
          <w:rFonts w:ascii="TH SarabunPSK" w:hAnsi="TH SarabunPSK" w:cs="TH SarabunPSK"/>
          <w:sz w:val="40"/>
          <w:szCs w:val="40"/>
          <w:cs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3.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ค. ไก่-ไข่</w:t>
      </w:r>
    </w:p>
    <w:p w14:paraId="0AC607C6" w14:textId="0976E0D8" w:rsidR="00DC4563" w:rsidRPr="0081600B" w:rsidRDefault="003322D4" w:rsidP="003322D4">
      <w:pPr>
        <w:spacing w:after="0" w:line="240" w:lineRule="auto"/>
        <w:rPr>
          <w:rFonts w:ascii="TH SarabunPSK" w:hAnsi="TH SarabunPSK" w:cs="TH SarabunPSK"/>
          <w:sz w:val="40"/>
          <w:szCs w:val="40"/>
          <w:cs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4.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ค. ใจดี</w:t>
      </w:r>
    </w:p>
    <w:p w14:paraId="0AC607C6" w14:textId="0976E0D8" w:rsidR="00DC4563" w:rsidRPr="0081600B" w:rsidRDefault="003322D4" w:rsidP="003322D4">
      <w:pPr>
        <w:spacing w:after="0" w:line="240" w:lineRule="auto"/>
        <w:rPr>
          <w:rFonts w:ascii="TH SarabunPSK" w:hAnsi="TH SarabunPSK" w:cs="TH SarabunPSK"/>
          <w:sz w:val="40"/>
          <w:szCs w:val="40"/>
          <w:cs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5.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ข. เขียนอ่าน</w:t>
      </w:r>
    </w:p>
    <w:p w14:paraId="0AC607C6" w14:textId="0976E0D8" w:rsidR="00DC4563" w:rsidRPr="0081600B" w:rsidRDefault="003322D4" w:rsidP="003322D4">
      <w:pPr>
        <w:spacing w:after="0" w:line="240" w:lineRule="auto"/>
        <w:rPr>
          <w:rFonts w:ascii="TH SarabunPSK" w:hAnsi="TH SarabunPSK" w:cs="TH SarabunPSK"/>
          <w:sz w:val="40"/>
          <w:szCs w:val="40"/>
          <w:cs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6.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ง. ร้าน</w:t>
      </w:r>
    </w:p>
    <w:p w14:paraId="0AC607C6" w14:textId="0976E0D8" w:rsidR="00DC4563" w:rsidRPr="0081600B" w:rsidRDefault="003322D4" w:rsidP="003322D4">
      <w:pPr>
        <w:spacing w:after="0" w:line="240" w:lineRule="auto"/>
        <w:rPr>
          <w:rFonts w:ascii="TH SarabunPSK" w:hAnsi="TH SarabunPSK" w:cs="TH SarabunPSK"/>
          <w:sz w:val="40"/>
          <w:szCs w:val="40"/>
          <w:cs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7.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ก. จำได้</w:t>
      </w:r>
    </w:p>
    <w:p w14:paraId="0AC607C6" w14:textId="0976E0D8" w:rsidR="00DC4563" w:rsidRPr="0081600B" w:rsidRDefault="003322D4" w:rsidP="003322D4">
      <w:pPr>
        <w:spacing w:after="0" w:line="240" w:lineRule="auto"/>
        <w:rPr>
          <w:rFonts w:ascii="TH SarabunPSK" w:hAnsi="TH SarabunPSK" w:cs="TH SarabunPSK"/>
          <w:sz w:val="40"/>
          <w:szCs w:val="40"/>
          <w:cs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8.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ข. ขาเก</w:t>
      </w:r>
    </w:p>
    <w:p w14:paraId="0AC607C6" w14:textId="0976E0D8" w:rsidR="00DC4563" w:rsidRPr="0081600B" w:rsidRDefault="003322D4" w:rsidP="003322D4">
      <w:pPr>
        <w:spacing w:after="0" w:line="240" w:lineRule="auto"/>
        <w:rPr>
          <w:rFonts w:ascii="TH SarabunPSK" w:hAnsi="TH SarabunPSK" w:cs="TH SarabunPSK"/>
          <w:sz w:val="40"/>
          <w:szCs w:val="40"/>
          <w:cs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9.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ค. ร้องเพลง</w:t>
      </w:r>
    </w:p>
    <w:p w14:paraId="0AC607C6" w14:textId="0976E0D8" w:rsidR="00DC4563" w:rsidRPr="0081600B" w:rsidRDefault="003322D4" w:rsidP="003322D4">
      <w:pPr>
        <w:spacing w:after="0" w:line="240" w:lineRule="auto"/>
        <w:rPr>
          <w:rFonts w:ascii="TH SarabunPSK" w:hAnsi="TH SarabunPSK" w:cs="TH SarabunPSK"/>
          <w:sz w:val="40"/>
          <w:szCs w:val="40"/>
          <w:cs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10.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ก. บิน</w:t>
      </w:r>
    </w:p>
    <w:p w14:paraId="0AC607C6" w14:textId="0976E0D8" w:rsidR="00DC4563" w:rsidRPr="0081600B" w:rsidRDefault="003322D4" w:rsidP="003322D4">
      <w:pPr>
        <w:spacing w:after="0" w:line="240" w:lineRule="auto"/>
        <w:rPr>
          <w:rFonts w:ascii="TH SarabunPSK" w:hAnsi="TH SarabunPSK" w:cs="TH SarabunPSK"/>
          <w:sz w:val="40"/>
          <w:szCs w:val="40"/>
          <w:cs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11.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ง. ดาว-ขาว</w:t>
      </w:r>
    </w:p>
    <w:p w14:paraId="0AC607C6" w14:textId="0976E0D8" w:rsidR="00DC4563" w:rsidRPr="0081600B" w:rsidRDefault="003322D4" w:rsidP="003322D4">
      <w:pPr>
        <w:spacing w:after="0" w:line="240" w:lineRule="auto"/>
        <w:rPr>
          <w:rFonts w:ascii="TH SarabunPSK" w:hAnsi="TH SarabunPSK" w:cs="TH SarabunPSK"/>
          <w:sz w:val="40"/>
          <w:szCs w:val="40"/>
          <w:cs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12.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ข. เคี้ยวข้าว</w:t>
      </w:r>
    </w:p>
    <w:p w14:paraId="0AC607C6" w14:textId="0976E0D8" w:rsidR="00DC4563" w:rsidRPr="0081600B" w:rsidRDefault="003322D4" w:rsidP="003322D4">
      <w:pPr>
        <w:spacing w:after="0" w:line="240" w:lineRule="auto"/>
        <w:rPr>
          <w:rFonts w:ascii="TH SarabunPSK" w:hAnsi="TH SarabunPSK" w:cs="TH SarabunPSK"/>
          <w:sz w:val="40"/>
          <w:szCs w:val="40"/>
          <w:cs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13.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ค. หาง</w:t>
      </w:r>
    </w:p>
    <w:p w14:paraId="0AC607C6" w14:textId="0976E0D8" w:rsidR="00DC4563" w:rsidRPr="0081600B" w:rsidRDefault="003322D4" w:rsidP="003322D4">
      <w:pPr>
        <w:spacing w:after="0" w:line="240" w:lineRule="auto"/>
        <w:rPr>
          <w:rFonts w:ascii="TH SarabunPSK" w:hAnsi="TH SarabunPSK" w:cs="TH SarabunPSK"/>
          <w:sz w:val="40"/>
          <w:szCs w:val="40"/>
          <w:cs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14.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ก. เวลา</w:t>
      </w:r>
    </w:p>
    <w:p w14:paraId="0AC607C6" w14:textId="0976E0D8" w:rsidR="00DC4563" w:rsidRPr="0081600B" w:rsidRDefault="003322D4" w:rsidP="003322D4">
      <w:pPr>
        <w:spacing w:after="0" w:line="240" w:lineRule="auto"/>
        <w:rPr>
          <w:rFonts w:ascii="TH SarabunPSK" w:hAnsi="TH SarabunPSK" w:cs="TH SarabunPSK"/>
          <w:sz w:val="40"/>
          <w:szCs w:val="40"/>
          <w:cs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15.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ค. อมยิ้ม</w:t>
      </w:r>
    </w:p>
    <w:p w14:paraId="0AC607C6" w14:textId="0976E0D8" w:rsidR="00DC4563" w:rsidRPr="0081600B" w:rsidRDefault="003322D4" w:rsidP="003322D4">
      <w:pPr>
        <w:spacing w:after="0" w:line="240" w:lineRule="auto"/>
        <w:rPr>
          <w:rFonts w:ascii="TH SarabunPSK" w:hAnsi="TH SarabunPSK" w:cs="TH SarabunPSK"/>
          <w:sz w:val="40"/>
          <w:szCs w:val="40"/>
          <w:cs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16.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ค. ดาว</w:t>
      </w:r>
    </w:p>
    <w:p w14:paraId="0AC607C6" w14:textId="0976E0D8" w:rsidR="00DC4563" w:rsidRPr="0081600B" w:rsidRDefault="003322D4" w:rsidP="003322D4">
      <w:pPr>
        <w:spacing w:after="0" w:line="240" w:lineRule="auto"/>
        <w:rPr>
          <w:rFonts w:ascii="TH SarabunPSK" w:hAnsi="TH SarabunPSK" w:cs="TH SarabunPSK"/>
          <w:sz w:val="40"/>
          <w:szCs w:val="40"/>
          <w:cs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17.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ก. แมว</w:t>
      </w:r>
    </w:p>
    <w:p w14:paraId="0AC607C6" w14:textId="0976E0D8" w:rsidR="00DC4563" w:rsidRPr="0081600B" w:rsidRDefault="003322D4" w:rsidP="003322D4">
      <w:pPr>
        <w:spacing w:after="0" w:line="240" w:lineRule="auto"/>
        <w:rPr>
          <w:rFonts w:ascii="TH SarabunPSK" w:hAnsi="TH SarabunPSK" w:cs="TH SarabunPSK"/>
          <w:sz w:val="40"/>
          <w:szCs w:val="40"/>
          <w:cs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18.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ข. ใจดี</w:t>
      </w:r>
    </w:p>
    <w:p w14:paraId="0AC607C6" w14:textId="0976E0D8" w:rsidR="00DC4563" w:rsidRPr="0081600B" w:rsidRDefault="003322D4" w:rsidP="003322D4">
      <w:pPr>
        <w:spacing w:after="0" w:line="240" w:lineRule="auto"/>
        <w:rPr>
          <w:rFonts w:ascii="TH SarabunPSK" w:hAnsi="TH SarabunPSK" w:cs="TH SarabunPSK"/>
          <w:sz w:val="40"/>
          <w:szCs w:val="40"/>
          <w:cs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19.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ข. ยินดี</w:t>
      </w:r>
    </w:p>
    <w:p w14:paraId="0AC607C6" w14:textId="0976E0D8" w:rsidR="00DC4563" w:rsidRPr="0081600B" w:rsidRDefault="003322D4" w:rsidP="003322D4">
      <w:pPr>
        <w:spacing w:after="0" w:line="240" w:lineRule="auto"/>
        <w:rPr>
          <w:rFonts w:ascii="TH SarabunPSK" w:hAnsi="TH SarabunPSK" w:cs="TH SarabunPSK"/>
          <w:sz w:val="40"/>
          <w:szCs w:val="40"/>
          <w:cs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20.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ง. ตา-มา-หา</w:t>
      </w:r>
    </w:p>
    <w:p w14:paraId="0AC607C6" w14:textId="0976E0D8" w:rsidR="00DC4563" w:rsidRPr="0081600B" w:rsidRDefault="003322D4" w:rsidP="003322D4">
      <w:pPr>
        <w:spacing w:after="0" w:line="240" w:lineRule="auto"/>
        <w:rPr>
          <w:rFonts w:ascii="TH SarabunPSK" w:hAnsi="TH SarabunPSK" w:cs="TH SarabunPSK"/>
          <w:sz w:val="40"/>
          <w:szCs w:val="40"/>
          <w:cs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/>
      </w:r>
    </w:p>
    <w:sectPr w:rsidR="00DC4563" w:rsidRPr="0081600B" w:rsidSect="00A32AA5">
      <w:pgSz w:w="11907" w:h="16840" w:code="9"/>
      <w:pgMar w:top="1418" w:right="851" w:bottom="1418" w:left="851" w:header="680" w:footer="567" w:gutter="0"/>
      <w:cols w:sep="1" w:space="1701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E38244" w14:textId="77777777" w:rsidR="00421426" w:rsidRDefault="00421426" w:rsidP="00385DA0">
      <w:pPr>
        <w:spacing w:after="0" w:line="240" w:lineRule="auto"/>
      </w:pPr>
      <w:r>
        <w:separator/>
      </w:r>
    </w:p>
  </w:endnote>
  <w:endnote w:type="continuationSeparator" w:id="0">
    <w:p w14:paraId="7E0B5A0D" w14:textId="77777777" w:rsidR="00421426" w:rsidRDefault="00421426" w:rsidP="00385D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3C044E" w14:textId="77777777" w:rsidR="00885534" w:rsidRDefault="00885534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900078" w14:textId="52EA9108" w:rsidR="0064603D" w:rsidRPr="002117C7" w:rsidRDefault="0064603D" w:rsidP="00385DA0">
    <w:pPr>
      <w:pStyle w:val="a7"/>
      <w:pBdr>
        <w:bottom w:val="single" w:sz="6" w:space="1" w:color="auto"/>
      </w:pBdr>
      <w:jc w:val="center"/>
      <w:rPr>
        <w:rFonts w:ascii="TH SarabunPSK" w:hAnsi="TH SarabunPSK" w:cs="TH SarabunPSK"/>
        <w:b/>
        <w:bCs/>
        <w:sz w:val="32"/>
        <w:szCs w:val="32"/>
      </w:rPr>
    </w:pPr>
  </w:p>
  <w:p w14:paraId="5DBD4BC2" w14:textId="7F078A8F" w:rsidR="0064603D" w:rsidRPr="002117C7" w:rsidRDefault="0064603D" w:rsidP="0064603D">
    <w:pPr>
      <w:pStyle w:val="a7"/>
      <w:rPr>
        <w:rFonts w:ascii="TH SarabunPSK" w:hAnsi="TH SarabunPSK" w:cs="TH SarabunPSK"/>
        <w:b/>
        <w:bCs/>
        <w:sz w:val="32"/>
        <w:szCs w:val="32"/>
      </w:rPr>
    </w:pPr>
  </w:p>
  <w:p w14:paraId="4CD44B5B" w14:textId="1A156EEC" w:rsidR="00D95C7D" w:rsidRPr="002117C7" w:rsidRDefault="00421426" w:rsidP="00795EE5">
    <w:pPr>
      <w:pStyle w:val="a7"/>
      <w:jc w:val="center"/>
      <w:rPr>
        <w:rFonts w:ascii="TH SarabunPSK" w:hAnsi="TH SarabunPSK" w:cs="TH SarabunPSK"/>
        <w:b/>
        <w:bCs/>
        <w:sz w:val="40"/>
        <w:szCs w:val="40"/>
      </w:rPr>
    </w:pPr>
    <w:hyperlink r:id="rId1" w:history="1">
      <w:r w:rsidR="0021549A" w:rsidRPr="009D2EE7">
        <w:rPr>
          <w:rStyle w:val="affb"/>
          <w:rFonts w:asciiTheme="majorBidi" w:hAnsiTheme="majorBidi" w:cstheme="majorBidi"/>
          <w:b/>
          <w:bCs/>
          <w:color w:val="auto"/>
          <w:sz w:val="40"/>
          <w:szCs w:val="40"/>
          <w:u w:val="none"/>
        </w:rPr>
        <w:t>BUNDITCHON.COM</w:t>
      </w:r>
      <w:r w:rsidR="0021549A" w:rsidRPr="0021549A">
        <w:rPr>
          <w:rStyle w:val="affb"/>
          <w:rFonts w:ascii="TH SarabunPSK" w:hAnsi="TH SarabunPSK" w:cs="TH SarabunPSK"/>
          <w:b/>
          <w:bCs/>
          <w:color w:val="auto"/>
          <w:sz w:val="40"/>
          <w:szCs w:val="40"/>
          <w:u w:val="none"/>
        </w:rPr>
        <w:t xml:space="preserve"> – </w:t>
      </w:r>
      <w:r w:rsidR="00885534">
        <w:rPr>
          <w:rStyle w:val="affb"/>
          <w:rFonts w:ascii="TH SarabunPSK" w:hAnsi="TH SarabunPSK" w:cs="TH SarabunPSK" w:hint="cs"/>
          <w:b/>
          <w:bCs/>
          <w:color w:val="auto"/>
          <w:sz w:val="40"/>
          <w:szCs w:val="40"/>
          <w:u w:val="none"/>
          <w:cs/>
        </w:rPr>
        <w:t>ข้อ</w:t>
      </w:r>
      <w:r w:rsidR="00440BA1" w:rsidRPr="002117C7">
        <w:rPr>
          <w:rStyle w:val="affb"/>
          <w:rFonts w:ascii="TH SarabunPSK" w:hAnsi="TH SarabunPSK" w:cs="TH SarabunPSK"/>
          <w:b/>
          <w:bCs/>
          <w:color w:val="auto"/>
          <w:sz w:val="40"/>
          <w:szCs w:val="40"/>
          <w:u w:val="none"/>
          <w:cs/>
        </w:rPr>
        <w:t>สอบพร้อมเฉลย</w:t>
      </w:r>
      <w:r w:rsidR="00923CFF" w:rsidRPr="002117C7">
        <w:rPr>
          <w:rStyle w:val="affb"/>
          <w:rFonts w:ascii="TH SarabunPSK" w:hAnsi="TH SarabunPSK" w:cs="TH SarabunPSK"/>
          <w:b/>
          <w:bCs/>
          <w:color w:val="auto"/>
          <w:sz w:val="40"/>
          <w:szCs w:val="40"/>
          <w:u w:val="none"/>
          <w:cs/>
        </w:rPr>
        <w:t>ฟรี</w:t>
      </w:r>
    </w:hyperlink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F628FD" w14:textId="77777777" w:rsidR="00885534" w:rsidRDefault="00885534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503F41" w14:textId="77777777" w:rsidR="00421426" w:rsidRDefault="00421426" w:rsidP="00385DA0">
      <w:pPr>
        <w:spacing w:after="0" w:line="240" w:lineRule="auto"/>
      </w:pPr>
      <w:r>
        <w:separator/>
      </w:r>
    </w:p>
  </w:footnote>
  <w:footnote w:type="continuationSeparator" w:id="0">
    <w:p w14:paraId="1E9DD8B2" w14:textId="77777777" w:rsidR="00421426" w:rsidRDefault="00421426" w:rsidP="00385D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63B7FC" w14:textId="77777777" w:rsidR="00885534" w:rsidRDefault="00885534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D35596" w14:textId="3EB9EC77" w:rsidR="007070DF" w:rsidRPr="002117C7" w:rsidRDefault="00807592" w:rsidP="007070DF">
    <w:pPr>
      <w:pBdr>
        <w:bottom w:val="single" w:sz="6" w:space="1" w:color="auto"/>
      </w:pBdr>
      <w:spacing w:after="0" w:line="240" w:lineRule="auto"/>
      <w:jc w:val="center"/>
      <w:rPr>
        <w:rFonts w:ascii="TH SarabunPSK" w:hAnsi="TH SarabunPSK" w:cs="TH SarabunPSK"/>
        <w:b/>
        <w:bCs/>
        <w:noProof/>
        <w:sz w:val="40"/>
        <w:szCs w:val="40"/>
      </w:rPr>
    </w:pPr>
    <w:r w:rsidRPr="002117C7">
      <w:rPr>
        <w:rFonts w:ascii="TH SarabunPSK" w:hAnsi="TH SarabunPSK" w:cs="TH SarabunPSK"/>
        <w:b/>
        <w:bCs/>
        <w:noProof/>
        <w:sz w:val="40"/>
        <w:szCs w:val="40"/>
      </w:rPr>
      <w:t xml:space="preserve">ข้อสอบภาษาไทย ป.1 ชุดที่ 8 เรื่อง คำคล้องจอง</w:t>
    </w:r>
  </w:p>
  <w:p w14:paraId="7DB1697E" w14:textId="77777777" w:rsidR="007070DF" w:rsidRPr="002117C7" w:rsidRDefault="007070DF" w:rsidP="007070DF">
    <w:pPr>
      <w:pBdr>
        <w:bottom w:val="single" w:sz="6" w:space="1" w:color="auto"/>
      </w:pBdr>
      <w:spacing w:after="0" w:line="240" w:lineRule="auto"/>
      <w:jc w:val="center"/>
      <w:rPr>
        <w:rFonts w:ascii="TH SarabunPSK" w:hAnsi="TH SarabunPSK" w:cs="TH SarabunPSK"/>
        <w:b/>
        <w:bCs/>
        <w:noProof/>
        <w:sz w:val="32"/>
        <w:szCs w:val="32"/>
      </w:rPr>
    </w:pPr>
  </w:p>
  <w:p w14:paraId="731E54DE" w14:textId="18D7E592" w:rsidR="00385DA0" w:rsidRPr="00385DA0" w:rsidRDefault="00385DA0" w:rsidP="00385DA0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77B204" w14:textId="77777777" w:rsidR="00885534" w:rsidRDefault="00885534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hideGrammaticalError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068A6"/>
    <w:rsid w:val="00020BF2"/>
    <w:rsid w:val="00021F7F"/>
    <w:rsid w:val="00030FD3"/>
    <w:rsid w:val="00034616"/>
    <w:rsid w:val="000559E0"/>
    <w:rsid w:val="0006063C"/>
    <w:rsid w:val="00062A28"/>
    <w:rsid w:val="000646B9"/>
    <w:rsid w:val="00082485"/>
    <w:rsid w:val="000877C4"/>
    <w:rsid w:val="00090227"/>
    <w:rsid w:val="00096A4E"/>
    <w:rsid w:val="000971DB"/>
    <w:rsid w:val="000A275E"/>
    <w:rsid w:val="000A33E2"/>
    <w:rsid w:val="000A7F72"/>
    <w:rsid w:val="000B6A1F"/>
    <w:rsid w:val="000B6CFB"/>
    <w:rsid w:val="000E6387"/>
    <w:rsid w:val="00141B92"/>
    <w:rsid w:val="0015074B"/>
    <w:rsid w:val="0016295B"/>
    <w:rsid w:val="00167709"/>
    <w:rsid w:val="00174313"/>
    <w:rsid w:val="0019128C"/>
    <w:rsid w:val="0019628A"/>
    <w:rsid w:val="00196974"/>
    <w:rsid w:val="001B7540"/>
    <w:rsid w:val="001C2BEF"/>
    <w:rsid w:val="001D3722"/>
    <w:rsid w:val="001F6E56"/>
    <w:rsid w:val="00201B03"/>
    <w:rsid w:val="002117C7"/>
    <w:rsid w:val="00212B45"/>
    <w:rsid w:val="0021549A"/>
    <w:rsid w:val="00226B41"/>
    <w:rsid w:val="00234401"/>
    <w:rsid w:val="00237ECE"/>
    <w:rsid w:val="0024684C"/>
    <w:rsid w:val="002643FB"/>
    <w:rsid w:val="00267612"/>
    <w:rsid w:val="0029255E"/>
    <w:rsid w:val="002942B2"/>
    <w:rsid w:val="0029600E"/>
    <w:rsid w:val="0029639D"/>
    <w:rsid w:val="002A6B22"/>
    <w:rsid w:val="002C6725"/>
    <w:rsid w:val="00301BE0"/>
    <w:rsid w:val="00304D29"/>
    <w:rsid w:val="00316664"/>
    <w:rsid w:val="00320E61"/>
    <w:rsid w:val="00326F90"/>
    <w:rsid w:val="003322D4"/>
    <w:rsid w:val="003566FE"/>
    <w:rsid w:val="00371F80"/>
    <w:rsid w:val="00374052"/>
    <w:rsid w:val="00385DA0"/>
    <w:rsid w:val="003861D2"/>
    <w:rsid w:val="00394198"/>
    <w:rsid w:val="003A2B8D"/>
    <w:rsid w:val="003A2D10"/>
    <w:rsid w:val="003A3FEA"/>
    <w:rsid w:val="003B0A1F"/>
    <w:rsid w:val="003B6A26"/>
    <w:rsid w:val="004012D5"/>
    <w:rsid w:val="00405890"/>
    <w:rsid w:val="004100E4"/>
    <w:rsid w:val="00410C9F"/>
    <w:rsid w:val="00421426"/>
    <w:rsid w:val="00422400"/>
    <w:rsid w:val="00430F3A"/>
    <w:rsid w:val="004331FA"/>
    <w:rsid w:val="00440BA1"/>
    <w:rsid w:val="00446C3B"/>
    <w:rsid w:val="00454225"/>
    <w:rsid w:val="00455744"/>
    <w:rsid w:val="0045634E"/>
    <w:rsid w:val="004639E2"/>
    <w:rsid w:val="00474C38"/>
    <w:rsid w:val="00477085"/>
    <w:rsid w:val="004A0FEB"/>
    <w:rsid w:val="004B6BD0"/>
    <w:rsid w:val="004E4564"/>
    <w:rsid w:val="004E636F"/>
    <w:rsid w:val="004E73D0"/>
    <w:rsid w:val="004F01EB"/>
    <w:rsid w:val="00500A2D"/>
    <w:rsid w:val="00506CFE"/>
    <w:rsid w:val="005208BD"/>
    <w:rsid w:val="005503A5"/>
    <w:rsid w:val="0055495E"/>
    <w:rsid w:val="00567FB1"/>
    <w:rsid w:val="005729FF"/>
    <w:rsid w:val="00580880"/>
    <w:rsid w:val="00580C77"/>
    <w:rsid w:val="005A6517"/>
    <w:rsid w:val="005B6BD5"/>
    <w:rsid w:val="005C4A54"/>
    <w:rsid w:val="005D6ED7"/>
    <w:rsid w:val="005F0A20"/>
    <w:rsid w:val="0060794E"/>
    <w:rsid w:val="00616B46"/>
    <w:rsid w:val="0064603D"/>
    <w:rsid w:val="006622AA"/>
    <w:rsid w:val="00675BDF"/>
    <w:rsid w:val="00677341"/>
    <w:rsid w:val="006F6151"/>
    <w:rsid w:val="006F7C88"/>
    <w:rsid w:val="0070011F"/>
    <w:rsid w:val="007070DF"/>
    <w:rsid w:val="00720496"/>
    <w:rsid w:val="007205CF"/>
    <w:rsid w:val="00720EB8"/>
    <w:rsid w:val="0072752A"/>
    <w:rsid w:val="007343AD"/>
    <w:rsid w:val="00745AC4"/>
    <w:rsid w:val="007608F0"/>
    <w:rsid w:val="00765DA3"/>
    <w:rsid w:val="00782D50"/>
    <w:rsid w:val="00783CD9"/>
    <w:rsid w:val="007857FA"/>
    <w:rsid w:val="00795EE5"/>
    <w:rsid w:val="00796C1B"/>
    <w:rsid w:val="007A181B"/>
    <w:rsid w:val="007A267A"/>
    <w:rsid w:val="007A3174"/>
    <w:rsid w:val="007B6935"/>
    <w:rsid w:val="00807592"/>
    <w:rsid w:val="0081128B"/>
    <w:rsid w:val="00812150"/>
    <w:rsid w:val="0081600B"/>
    <w:rsid w:val="00820AB0"/>
    <w:rsid w:val="00840764"/>
    <w:rsid w:val="00843C84"/>
    <w:rsid w:val="008559FC"/>
    <w:rsid w:val="00881DBC"/>
    <w:rsid w:val="00885534"/>
    <w:rsid w:val="008B348F"/>
    <w:rsid w:val="008C62E7"/>
    <w:rsid w:val="008F20D1"/>
    <w:rsid w:val="00923470"/>
    <w:rsid w:val="00923CFF"/>
    <w:rsid w:val="00930CEC"/>
    <w:rsid w:val="00932DA5"/>
    <w:rsid w:val="00943AC0"/>
    <w:rsid w:val="00943AED"/>
    <w:rsid w:val="00973CD2"/>
    <w:rsid w:val="009874AC"/>
    <w:rsid w:val="009939D6"/>
    <w:rsid w:val="009A375D"/>
    <w:rsid w:val="009A6F67"/>
    <w:rsid w:val="009A7491"/>
    <w:rsid w:val="009C4607"/>
    <w:rsid w:val="009C787B"/>
    <w:rsid w:val="009D2EE7"/>
    <w:rsid w:val="009D5699"/>
    <w:rsid w:val="009D696B"/>
    <w:rsid w:val="009D7FDE"/>
    <w:rsid w:val="00A160A7"/>
    <w:rsid w:val="00A168EE"/>
    <w:rsid w:val="00A32AA5"/>
    <w:rsid w:val="00A579B2"/>
    <w:rsid w:val="00A64514"/>
    <w:rsid w:val="00A67119"/>
    <w:rsid w:val="00A73FAE"/>
    <w:rsid w:val="00A74E56"/>
    <w:rsid w:val="00A810FF"/>
    <w:rsid w:val="00A91E76"/>
    <w:rsid w:val="00AA1D8D"/>
    <w:rsid w:val="00AA383C"/>
    <w:rsid w:val="00AB4888"/>
    <w:rsid w:val="00AB6836"/>
    <w:rsid w:val="00AC1DA4"/>
    <w:rsid w:val="00AC48A7"/>
    <w:rsid w:val="00AE433D"/>
    <w:rsid w:val="00B11FAB"/>
    <w:rsid w:val="00B23872"/>
    <w:rsid w:val="00B47730"/>
    <w:rsid w:val="00B84CB9"/>
    <w:rsid w:val="00B864C5"/>
    <w:rsid w:val="00B95DB4"/>
    <w:rsid w:val="00B96CB1"/>
    <w:rsid w:val="00BB37EF"/>
    <w:rsid w:val="00BC0001"/>
    <w:rsid w:val="00BE42E7"/>
    <w:rsid w:val="00BF0919"/>
    <w:rsid w:val="00BF250E"/>
    <w:rsid w:val="00C1194C"/>
    <w:rsid w:val="00C1556C"/>
    <w:rsid w:val="00C1661B"/>
    <w:rsid w:val="00C42EB7"/>
    <w:rsid w:val="00C547AA"/>
    <w:rsid w:val="00C87AFD"/>
    <w:rsid w:val="00C9615E"/>
    <w:rsid w:val="00CB0664"/>
    <w:rsid w:val="00CC2EDC"/>
    <w:rsid w:val="00CC3D86"/>
    <w:rsid w:val="00CD48D5"/>
    <w:rsid w:val="00CE79F7"/>
    <w:rsid w:val="00D111E3"/>
    <w:rsid w:val="00D11F4D"/>
    <w:rsid w:val="00D16FE4"/>
    <w:rsid w:val="00D22A0C"/>
    <w:rsid w:val="00D43EDB"/>
    <w:rsid w:val="00D642AB"/>
    <w:rsid w:val="00D64D9F"/>
    <w:rsid w:val="00D724DC"/>
    <w:rsid w:val="00D74A5C"/>
    <w:rsid w:val="00D86F40"/>
    <w:rsid w:val="00D95C7D"/>
    <w:rsid w:val="00DB2EBD"/>
    <w:rsid w:val="00DC1D74"/>
    <w:rsid w:val="00DC4563"/>
    <w:rsid w:val="00DD6BB3"/>
    <w:rsid w:val="00DE5C46"/>
    <w:rsid w:val="00DE5DF6"/>
    <w:rsid w:val="00DF03E9"/>
    <w:rsid w:val="00DF26AD"/>
    <w:rsid w:val="00E02ED0"/>
    <w:rsid w:val="00E0347B"/>
    <w:rsid w:val="00E07DC2"/>
    <w:rsid w:val="00E14B63"/>
    <w:rsid w:val="00E423C4"/>
    <w:rsid w:val="00E52A08"/>
    <w:rsid w:val="00E65761"/>
    <w:rsid w:val="00EF5898"/>
    <w:rsid w:val="00F37351"/>
    <w:rsid w:val="00F42D2B"/>
    <w:rsid w:val="00F6011A"/>
    <w:rsid w:val="00F603CD"/>
    <w:rsid w:val="00F63E8E"/>
    <w:rsid w:val="00F91B5B"/>
    <w:rsid w:val="00F9332F"/>
    <w:rsid w:val="00F96168"/>
    <w:rsid w:val="00F97FE3"/>
    <w:rsid w:val="00FA45CD"/>
    <w:rsid w:val="00FB0D9C"/>
    <w:rsid w:val="00FC693F"/>
    <w:rsid w:val="00FD22FB"/>
    <w:rsid w:val="00FF1434"/>
    <w:rsid w:val="00FF51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26413DF2"/>
  <w14:defaultImageDpi w14:val="330"/>
  <w15:docId w15:val="{F5194901-36A7-402A-9AC3-D72B2A42B2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lang w:bidi="th-TH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หัวกระดาษ อักขระ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ท้ายกระดาษ อักขระ"/>
    <w:basedOn w:val="a2"/>
    <w:link w:val="a7"/>
    <w:uiPriority w:val="99"/>
    <w:rsid w:val="00E618BF"/>
  </w:style>
  <w:style w:type="paragraph" w:styleId="a9">
    <w:name w:val="No Spacing"/>
    <w:link w:val="aa"/>
    <w:uiPriority w:val="1"/>
    <w:qFormat/>
    <w:rsid w:val="00FC693F"/>
    <w:pPr>
      <w:spacing w:after="0" w:line="240" w:lineRule="auto"/>
    </w:pPr>
  </w:style>
  <w:style w:type="character" w:customStyle="1" w:styleId="10">
    <w:name w:val="หัวเรื่อง 1 อักขระ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หัวเรื่อง 2 อักขระ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หัวเรื่อง 3 อักขระ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b">
    <w:name w:val="Title"/>
    <w:basedOn w:val="a1"/>
    <w:next w:val="a1"/>
    <w:link w:val="ac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c">
    <w:name w:val="ชื่อเรื่อง อักขระ"/>
    <w:basedOn w:val="a2"/>
    <w:link w:val="ab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d">
    <w:name w:val="Subtitle"/>
    <w:basedOn w:val="a1"/>
    <w:next w:val="a1"/>
    <w:link w:val="ae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e">
    <w:name w:val="ชื่อเรื่องรอง อักขระ"/>
    <w:basedOn w:val="a2"/>
    <w:link w:val="ad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f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0">
    <w:name w:val="Body Text"/>
    <w:basedOn w:val="a1"/>
    <w:link w:val="af1"/>
    <w:uiPriority w:val="99"/>
    <w:unhideWhenUsed/>
    <w:rsid w:val="00AA1D8D"/>
    <w:pPr>
      <w:spacing w:after="120"/>
    </w:pPr>
  </w:style>
  <w:style w:type="character" w:customStyle="1" w:styleId="af1">
    <w:name w:val="เนื้อความ อักขระ"/>
    <w:basedOn w:val="a2"/>
    <w:link w:val="af0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เนื้อความ 2 อักขระ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เนื้อความ 3 อักขระ"/>
    <w:basedOn w:val="a2"/>
    <w:link w:val="33"/>
    <w:uiPriority w:val="99"/>
    <w:rsid w:val="00AA1D8D"/>
    <w:rPr>
      <w:sz w:val="16"/>
      <w:szCs w:val="16"/>
    </w:rPr>
  </w:style>
  <w:style w:type="paragraph" w:styleId="af2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3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4">
    <w:name w:val="macro"/>
    <w:link w:val="af5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5">
    <w:name w:val="ข้อความแมโคร อักขระ"/>
    <w:basedOn w:val="a2"/>
    <w:link w:val="af4"/>
    <w:uiPriority w:val="99"/>
    <w:rsid w:val="0029639D"/>
    <w:rPr>
      <w:rFonts w:ascii="Courier" w:hAnsi="Courier"/>
      <w:sz w:val="20"/>
      <w:szCs w:val="20"/>
    </w:rPr>
  </w:style>
  <w:style w:type="paragraph" w:styleId="af6">
    <w:name w:val="Quote"/>
    <w:basedOn w:val="a1"/>
    <w:next w:val="a1"/>
    <w:link w:val="af7"/>
    <w:uiPriority w:val="29"/>
    <w:qFormat/>
    <w:rsid w:val="00FC693F"/>
    <w:rPr>
      <w:i/>
      <w:iCs/>
      <w:color w:val="000000" w:themeColor="text1"/>
    </w:rPr>
  </w:style>
  <w:style w:type="character" w:customStyle="1" w:styleId="af7">
    <w:name w:val="คำอ้างอิง อักขระ"/>
    <w:basedOn w:val="a2"/>
    <w:link w:val="af6"/>
    <w:uiPriority w:val="29"/>
    <w:rsid w:val="00FC693F"/>
    <w:rPr>
      <w:i/>
      <w:iCs/>
      <w:color w:val="000000" w:themeColor="text1"/>
    </w:rPr>
  </w:style>
  <w:style w:type="character" w:customStyle="1" w:styleId="40">
    <w:name w:val="หัวเรื่อง 4 อักขระ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หัวเรื่อง 5 อักขระ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หัวเรื่อง 6 อักขระ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หัวเรื่อง 7 อักขระ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หัวเรื่อง 8 อักขระ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หัวเรื่อง 9 อักขระ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8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9">
    <w:name w:val="Strong"/>
    <w:basedOn w:val="a2"/>
    <w:uiPriority w:val="22"/>
    <w:qFormat/>
    <w:rsid w:val="00FC693F"/>
    <w:rPr>
      <w:b/>
      <w:bCs/>
    </w:rPr>
  </w:style>
  <w:style w:type="character" w:styleId="afa">
    <w:name w:val="Emphasis"/>
    <w:basedOn w:val="a2"/>
    <w:uiPriority w:val="20"/>
    <w:qFormat/>
    <w:rsid w:val="00FC693F"/>
    <w:rPr>
      <w:i/>
      <w:iCs/>
    </w:rPr>
  </w:style>
  <w:style w:type="paragraph" w:styleId="afb">
    <w:name w:val="Intense Quote"/>
    <w:basedOn w:val="a1"/>
    <w:next w:val="a1"/>
    <w:link w:val="afc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c">
    <w:name w:val="ทำให้คำอ้างอิงเป็นสีเข้มขึ้น อักขระ"/>
    <w:basedOn w:val="a2"/>
    <w:link w:val="afb"/>
    <w:uiPriority w:val="30"/>
    <w:rsid w:val="00FC693F"/>
    <w:rPr>
      <w:b/>
      <w:bCs/>
      <w:i/>
      <w:iCs/>
      <w:color w:val="4F81BD" w:themeColor="accent1"/>
    </w:rPr>
  </w:style>
  <w:style w:type="character" w:styleId="afd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e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f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f0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f1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2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3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4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5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6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7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8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9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7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8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9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a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affb">
    <w:name w:val="Hyperlink"/>
    <w:basedOn w:val="a2"/>
    <w:uiPriority w:val="99"/>
    <w:unhideWhenUsed/>
    <w:rsid w:val="00EF5898"/>
    <w:rPr>
      <w:color w:val="0000FF" w:themeColor="hyperlink"/>
      <w:u w:val="single"/>
    </w:rPr>
  </w:style>
  <w:style w:type="character" w:styleId="affc">
    <w:name w:val="Unresolved Mention"/>
    <w:basedOn w:val="a2"/>
    <w:uiPriority w:val="99"/>
    <w:semiHidden/>
    <w:unhideWhenUsed/>
    <w:rsid w:val="00EF5898"/>
    <w:rPr>
      <w:color w:val="605E5C"/>
      <w:shd w:val="clear" w:color="auto" w:fill="E1DFDD"/>
    </w:rPr>
  </w:style>
  <w:style w:type="character" w:styleId="affd">
    <w:name w:val="FollowedHyperlink"/>
    <w:basedOn w:val="a2"/>
    <w:uiPriority w:val="99"/>
    <w:semiHidden/>
    <w:unhideWhenUsed/>
    <w:rsid w:val="007A267A"/>
    <w:rPr>
      <w:color w:val="800080" w:themeColor="followedHyperlink"/>
      <w:u w:val="single"/>
    </w:rPr>
  </w:style>
  <w:style w:type="character" w:customStyle="1" w:styleId="aa">
    <w:name w:val="ไม่มีการเว้นระยะห่าง อักขระ"/>
    <w:basedOn w:val="a2"/>
    <w:link w:val="a9"/>
    <w:uiPriority w:val="1"/>
    <w:rsid w:val="009C4607"/>
  </w:style>
  <w:style w:type="character" w:styleId="affe">
    <w:name w:val="line number"/>
    <w:basedOn w:val="a2"/>
    <w:uiPriority w:val="99"/>
    <w:semiHidden/>
    <w:unhideWhenUsed/>
    <w:rsid w:val="003A2B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'1.0' encoding='UTF-8' standalone='yes'?>
<Relationships xmlns="http://schemas.openxmlformats.org/package/2006/relationships"><Relationship Id="rId1" Type="http://schemas.openxmlformats.org/officeDocument/2006/relationships/hyperlink" Target="https://bunditchon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word/webextensions/_rels/taskpanes.xml.rels><?xml version='1.0' encoding='UTF-8' standalone='yes'?>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438" row="3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B4B6F182-3861-4710-80E7-17A71CA2AFE2}">
  <we:reference id="wa104099688" version="1.3.0.0" store="en-US" storeType="OMEX"/>
  <we:alternateReferences/>
  <we:properties/>
  <we:bindings/>
  <we:snapshot xmlns:r="http://schemas.openxmlformats.org/officeDocument/2006/relationships"/>
</we:webextension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354</TotalTime>
  <Pages>2</Pages>
  <Words>28</Words>
  <Characters>161</Characters>
  <Application>Microsoft Office Word</Application>
  <DocSecurity>0</DocSecurity>
  <Lines>1</Lines>
  <Paragraphs>1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188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Korlidun</cp:lastModifiedBy>
  <cp:revision>127</cp:revision>
  <dcterms:created xsi:type="dcterms:W3CDTF">2013-12-23T23:15:00Z</dcterms:created>
  <dcterms:modified xsi:type="dcterms:W3CDTF">2026-08-31T14:51:00Z</dcterms:modified>
  <cp:category/>
  <dc:identifier/>
  <dc:language/>
</cp:coreProperties>
</file>