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70283" w14:textId="1C29373A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ประโยคใดต่อไปนี้เรียงคำได้ถูกต้อง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โรงเรียนฉันไป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ไปโรงเรียนฉัน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ฉันไปโรงเรียน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ไปฉันโรงเรียน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แม่_____อาหารอร่อย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ทำ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ข้อใดคือประโยคที่สมบูรณ์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นกตัวสีแดง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นกบินบนฟ้า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นกบนต้นไม้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นกในกรง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เรียงคำต่อไปนี้ให้เป็นประโยค "หนังสือ / อ่าน / น้อง"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หนังสืออ่านน้อง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น้องหนังสืออ่าน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น้องอ่านหนังสือ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อ่านน้องหนังสือ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ฉัน_____ไปโรงเรียนทุกวัน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ข้อใดคือประโยค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แม่ของฉัน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แม่ทำอาหาร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กับข้าวอร่อย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ในห้องครัว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ปลาไหลกำลังว่ายอยู่ใน_____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ฟ้า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ต้นไม้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เรียงคำต่อไปนี้ให้เป็นประโยค: ตลาด / ไป / แม่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ไปตลาดแม่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แม่ไปตลาด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ตลาดแม่ไป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แม่ตลาดไป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พ่อกำลัง_____หนังสือในห้อง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อ่าน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จากประโยค "น้องดื่มนม" ใครเป็นคนทำ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ดื่ม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นม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แก้ว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พี่กำลัง_____เพลง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ร้อง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เตะ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วิ่ง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นก_____อยู่บนกิ่งไม้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เกาะ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วิ่ง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ข้อใด "ไม่ใช่" ประโยค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ฉันกินข้าว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น้องร้องไห้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แมวสีดำ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พ่อล้างรถ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เรียงคำต่อไปนี้ให้เป็นประโยค: จับ / แมว / หนู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จับแมวหนู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แมวหนูจับ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แมวจับหนู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หนูแมวจับ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พ่อ_____รถไปทำงาน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นอน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จากประโยค "ช้างกินกล้วย" ช้างกำลังกินอะไร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ใบไม้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หญ้า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กล้วย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อ้อย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ชาวนาปลูก______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ปลา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ดาว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ดิน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เติมคำในช่องว่าง: ฉันไป_____กับเพื่อนที่สนาม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วิ่งเล่น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กินข้าว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นอนหลับ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อาบน้ำ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เรียงคำต่อไปนี้ให้เป็นประโยค: เตะ / ฟุตบอล / พี่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พี่ฟุตบอลเตะ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พี่เตะฟุตบอล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เตะพี่ฟุตบอล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ฟุตบอลพี่เตะ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เรียงคำต่อไปนี้ให้เป็นประโยค: หญ้า / วัว / กิน</w:t>
      </w:r>
    </w:p>
    <w:p w14:paraId="6DFC8CCC" w14:textId="77777777" w:rsidR="00745AC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กินวัวหญ้า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หญ้ากินวัว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วัวกินหญ้า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กินหญ้าวัว</w:t>
      </w:r>
    </w:p>
    <w:p w14:paraId="14A8E837" w14:textId="77777777" w:rsidR="006622AA" w:rsidRPr="0081600B" w:rsidRDefault="003322D4" w:rsidP="0019128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527DBC5C" w14:textId="0525F5DB" w:rsidR="009939D6" w:rsidRPr="0081600B" w:rsidRDefault="003322D4" w:rsidP="007205C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9939D6" w:rsidRPr="0081600B" w:rsidSect="00BE42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418" w:right="851" w:bottom="1418" w:left="851" w:header="680" w:footer="567" w:gutter="0"/>
          <w:cols w:sep="1" w:space="1701"/>
          <w:docGrid w:linePitch="360"/>
        </w:sect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p w14:paraId="1734E241" w14:textId="5A10117F" w:rsidR="00A67119" w:rsidRPr="0081600B" w:rsidRDefault="00A67119" w:rsidP="003322D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1600B">
        <w:rPr>
          <w:rFonts w:ascii="TH SarabunPSK" w:hAnsi="TH SarabunPSK" w:cs="TH SarabunPSK" w:hint="cs"/>
          <w:b/>
          <w:bCs/>
          <w:sz w:val="36"/>
          <w:szCs w:val="36"/>
          <w:cs/>
          <w:lang w:val="th-TH" w:bidi="th-TH"/>
        </w:rPr>
        <w:lastRenderedPageBreak/>
        <w:t>เฉลย</w:t>
      </w:r>
      <w:r w:rsidRPr="0081600B">
        <w:rPr>
          <w:rFonts w:ascii="TH SarabunPSK" w:hAnsi="TH SarabunPSK" w:cs="TH SarabunPSK"/>
          <w:b/>
          <w:bCs/>
          <w:sz w:val="36"/>
          <w:szCs w:val="36"/>
          <w:lang w:val="th-TH" w:bidi="th-TH"/>
        </w:rPr>
        <w:t xml:space="preserve">ข้อสอบภาษาไทย ป.1 ชุดที่ 9 เรื่อง ประโยคง่าย ๆ ภาษาไทย</w:t>
      </w:r>
    </w:p>
    <w:p w14:paraId="7A84117B" w14:textId="1C5580A4" w:rsidR="003322D4" w:rsidRPr="0081600B" w:rsidRDefault="003322D4" w:rsidP="003322D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ฉันไปโรงเรียน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ง. ทำ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นกบินบนฟ้า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น้องอ่านหนังสือ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เดิน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แม่ทำอาหาร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น้ำ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แม่ไปตลาด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อ่าน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น้อง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11.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ร้อง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12.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เกาะ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13.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แมวสีดำ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14.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แมวจับหนู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15.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ขับ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16.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กล้วย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17.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ข้าว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18.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ก. วิ่งเล่น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19.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ข. พี่เตะฟุตบอล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20. </w:t>
      </w:r>
      <w:proofErr w:type="gramStart"/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>ค. วัวกินหญ้า</w:t>
      </w:r>
    </w:p>
    <w:p w14:paraId="0AC607C6" w14:textId="0976E0D8" w:rsidR="00DC4563" w:rsidRPr="0081600B" w:rsidRDefault="003322D4" w:rsidP="003322D4">
      <w:pPr>
        <w:spacing w:after="0" w:line="240" w:lineRule="auto"/>
        <w:rPr>
          <w:rFonts w:ascii="TH SarabunPSK" w:hAnsi="TH SarabunPSK" w:cs="TH SarabunPSK"/>
          <w:sz w:val="40"/>
          <w:szCs w:val="40"/>
          <w:cs/>
        </w:rPr>
      </w:pPr>
      <w:r w:rsidRPr="0081600B">
        <w:rPr>
          <w:rFonts w:ascii="TH SarabunPSK" w:hAnsi="TH SarabunPSK" w:cs="TH SarabunPSK"/>
          <w:sz w:val="32"/>
          <w:szCs w:val="32"/>
          <w:lang w:val="th-TH" w:bidi="th-TH"/>
        </w:rPr>
        <w:t xml:space="preserve"/>
      </w:r>
    </w:p>
    <w:sectPr w:rsidR="00DC4563" w:rsidRPr="0081600B" w:rsidSect="00A32AA5">
      <w:pgSz w:w="11907" w:h="16840" w:code="9"/>
      <w:pgMar w:top="1418" w:right="851" w:bottom="1418" w:left="851" w:header="680" w:footer="567" w:gutter="0"/>
      <w:cols w:sep="1"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8244" w14:textId="77777777" w:rsidR="00421426" w:rsidRDefault="00421426" w:rsidP="00385DA0">
      <w:pPr>
        <w:spacing w:after="0" w:line="240" w:lineRule="auto"/>
      </w:pPr>
      <w:r>
        <w:separator/>
      </w:r>
    </w:p>
  </w:endnote>
  <w:endnote w:type="continuationSeparator" w:id="0">
    <w:p w14:paraId="7E0B5A0D" w14:textId="77777777" w:rsidR="00421426" w:rsidRDefault="00421426" w:rsidP="00385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C044E" w14:textId="77777777" w:rsidR="00885534" w:rsidRDefault="008855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0078" w14:textId="52EA9108" w:rsidR="0064603D" w:rsidRPr="002117C7" w:rsidRDefault="0064603D" w:rsidP="00385DA0">
    <w:pPr>
      <w:pStyle w:val="a7"/>
      <w:pBdr>
        <w:bottom w:val="single" w:sz="6" w:space="1" w:color="auto"/>
      </w:pBdr>
      <w:jc w:val="center"/>
      <w:rPr>
        <w:rFonts w:ascii="TH SarabunPSK" w:hAnsi="TH SarabunPSK" w:cs="TH SarabunPSK"/>
        <w:b/>
        <w:bCs/>
        <w:sz w:val="32"/>
        <w:szCs w:val="32"/>
      </w:rPr>
    </w:pPr>
  </w:p>
  <w:p w14:paraId="5DBD4BC2" w14:textId="7F078A8F" w:rsidR="0064603D" w:rsidRPr="002117C7" w:rsidRDefault="0064603D" w:rsidP="0064603D">
    <w:pPr>
      <w:pStyle w:val="a7"/>
      <w:rPr>
        <w:rFonts w:ascii="TH SarabunPSK" w:hAnsi="TH SarabunPSK" w:cs="TH SarabunPSK"/>
        <w:b/>
        <w:bCs/>
        <w:sz w:val="32"/>
        <w:szCs w:val="32"/>
      </w:rPr>
    </w:pPr>
  </w:p>
  <w:p w14:paraId="4CD44B5B" w14:textId="1A156EEC" w:rsidR="00D95C7D" w:rsidRPr="002117C7" w:rsidRDefault="00421426" w:rsidP="00795EE5">
    <w:pPr>
      <w:pStyle w:val="a7"/>
      <w:jc w:val="center"/>
      <w:rPr>
        <w:rFonts w:ascii="TH SarabunPSK" w:hAnsi="TH SarabunPSK" w:cs="TH SarabunPSK"/>
        <w:b/>
        <w:bCs/>
        <w:sz w:val="40"/>
        <w:szCs w:val="40"/>
      </w:rPr>
    </w:pPr>
    <w:hyperlink r:id="rId1" w:history="1">
      <w:r w:rsidR="0021549A" w:rsidRPr="009D2EE7">
        <w:rPr>
          <w:rStyle w:val="affb"/>
          <w:rFonts w:asciiTheme="majorBidi" w:hAnsiTheme="majorBidi" w:cstheme="majorBidi"/>
          <w:b/>
          <w:bCs/>
          <w:color w:val="auto"/>
          <w:sz w:val="40"/>
          <w:szCs w:val="40"/>
          <w:u w:val="none"/>
        </w:rPr>
        <w:t>BUNDITCHON.COM</w:t>
      </w:r>
      <w:r w:rsidR="0021549A" w:rsidRPr="0021549A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</w:rPr>
        <w:t xml:space="preserve"> – </w:t>
      </w:r>
      <w:r w:rsidR="00885534">
        <w:rPr>
          <w:rStyle w:val="affb"/>
          <w:rFonts w:ascii="TH SarabunPSK" w:hAnsi="TH SarabunPSK" w:cs="TH SarabunPSK" w:hint="cs"/>
          <w:b/>
          <w:bCs/>
          <w:color w:val="auto"/>
          <w:sz w:val="40"/>
          <w:szCs w:val="40"/>
          <w:u w:val="none"/>
          <w:cs/>
        </w:rPr>
        <w:t>ข้อ</w:t>
      </w:r>
      <w:r w:rsidR="00440BA1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สอบพร้อมเฉลย</w:t>
      </w:r>
      <w:r w:rsidR="00923CFF" w:rsidRPr="002117C7">
        <w:rPr>
          <w:rStyle w:val="affb"/>
          <w:rFonts w:ascii="TH SarabunPSK" w:hAnsi="TH SarabunPSK" w:cs="TH SarabunPSK"/>
          <w:b/>
          <w:bCs/>
          <w:color w:val="auto"/>
          <w:sz w:val="40"/>
          <w:szCs w:val="40"/>
          <w:u w:val="none"/>
          <w:cs/>
        </w:rPr>
        <w:t>ฟรี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628FD" w14:textId="77777777" w:rsidR="00885534" w:rsidRDefault="008855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3F41" w14:textId="77777777" w:rsidR="00421426" w:rsidRDefault="00421426" w:rsidP="00385DA0">
      <w:pPr>
        <w:spacing w:after="0" w:line="240" w:lineRule="auto"/>
      </w:pPr>
      <w:r>
        <w:separator/>
      </w:r>
    </w:p>
  </w:footnote>
  <w:footnote w:type="continuationSeparator" w:id="0">
    <w:p w14:paraId="1E9DD8B2" w14:textId="77777777" w:rsidR="00421426" w:rsidRDefault="00421426" w:rsidP="00385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3B7FC" w14:textId="77777777" w:rsidR="00885534" w:rsidRDefault="008855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5596" w14:textId="3EB9EC77" w:rsidR="007070DF" w:rsidRPr="002117C7" w:rsidRDefault="00807592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40"/>
        <w:szCs w:val="40"/>
      </w:rPr>
    </w:pPr>
    <w:r w:rsidRPr="002117C7">
      <w:rPr>
        <w:rFonts w:ascii="TH SarabunPSK" w:hAnsi="TH SarabunPSK" w:cs="TH SarabunPSK"/>
        <w:b/>
        <w:bCs/>
        <w:noProof/>
        <w:sz w:val="40"/>
        <w:szCs w:val="40"/>
      </w:rPr>
      <w:t xml:space="preserve">ข้อสอบภาษาไทย ป.1 ชุดที่ 9 เรื่อง ประโยคง่าย ๆ ภาษาไทย</w:t>
    </w:r>
  </w:p>
  <w:p w14:paraId="7DB1697E" w14:textId="77777777" w:rsidR="007070DF" w:rsidRPr="002117C7" w:rsidRDefault="007070DF" w:rsidP="007070DF">
    <w:pPr>
      <w:pBdr>
        <w:bottom w:val="single" w:sz="6" w:space="1" w:color="auto"/>
      </w:pBdr>
      <w:spacing w:after="0" w:line="240" w:lineRule="auto"/>
      <w:jc w:val="center"/>
      <w:rPr>
        <w:rFonts w:ascii="TH SarabunPSK" w:hAnsi="TH SarabunPSK" w:cs="TH SarabunPSK"/>
        <w:b/>
        <w:bCs/>
        <w:noProof/>
        <w:sz w:val="32"/>
        <w:szCs w:val="32"/>
      </w:rPr>
    </w:pPr>
  </w:p>
  <w:p w14:paraId="731E54DE" w14:textId="18D7E592" w:rsidR="00385DA0" w:rsidRPr="00385DA0" w:rsidRDefault="00385DA0" w:rsidP="00385DA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7B204" w14:textId="77777777" w:rsidR="00885534" w:rsidRDefault="0088553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8A6"/>
    <w:rsid w:val="00020BF2"/>
    <w:rsid w:val="00021F7F"/>
    <w:rsid w:val="00030FD3"/>
    <w:rsid w:val="00034616"/>
    <w:rsid w:val="000559E0"/>
    <w:rsid w:val="0006063C"/>
    <w:rsid w:val="00062A28"/>
    <w:rsid w:val="000646B9"/>
    <w:rsid w:val="00082485"/>
    <w:rsid w:val="000877C4"/>
    <w:rsid w:val="00090227"/>
    <w:rsid w:val="00096A4E"/>
    <w:rsid w:val="000971DB"/>
    <w:rsid w:val="000A275E"/>
    <w:rsid w:val="000A33E2"/>
    <w:rsid w:val="000A7F72"/>
    <w:rsid w:val="000B6A1F"/>
    <w:rsid w:val="000B6CFB"/>
    <w:rsid w:val="000E6387"/>
    <w:rsid w:val="00141B92"/>
    <w:rsid w:val="0015074B"/>
    <w:rsid w:val="0016295B"/>
    <w:rsid w:val="00167709"/>
    <w:rsid w:val="00174313"/>
    <w:rsid w:val="0019128C"/>
    <w:rsid w:val="0019628A"/>
    <w:rsid w:val="00196974"/>
    <w:rsid w:val="001B7540"/>
    <w:rsid w:val="001C2BEF"/>
    <w:rsid w:val="001D3722"/>
    <w:rsid w:val="001F6E56"/>
    <w:rsid w:val="00201B03"/>
    <w:rsid w:val="002117C7"/>
    <w:rsid w:val="00212B45"/>
    <w:rsid w:val="0021549A"/>
    <w:rsid w:val="00226B41"/>
    <w:rsid w:val="00234401"/>
    <w:rsid w:val="00237ECE"/>
    <w:rsid w:val="0024684C"/>
    <w:rsid w:val="002643FB"/>
    <w:rsid w:val="00267612"/>
    <w:rsid w:val="0029255E"/>
    <w:rsid w:val="002942B2"/>
    <w:rsid w:val="0029600E"/>
    <w:rsid w:val="0029639D"/>
    <w:rsid w:val="002A6B22"/>
    <w:rsid w:val="002C6725"/>
    <w:rsid w:val="00301BE0"/>
    <w:rsid w:val="00304D29"/>
    <w:rsid w:val="00316664"/>
    <w:rsid w:val="00320E61"/>
    <w:rsid w:val="00326F90"/>
    <w:rsid w:val="003322D4"/>
    <w:rsid w:val="003566FE"/>
    <w:rsid w:val="00371F80"/>
    <w:rsid w:val="00374052"/>
    <w:rsid w:val="00385DA0"/>
    <w:rsid w:val="003861D2"/>
    <w:rsid w:val="00394198"/>
    <w:rsid w:val="003A2B8D"/>
    <w:rsid w:val="003A2D10"/>
    <w:rsid w:val="003A3FEA"/>
    <w:rsid w:val="003B0A1F"/>
    <w:rsid w:val="003B6A26"/>
    <w:rsid w:val="004012D5"/>
    <w:rsid w:val="00405890"/>
    <w:rsid w:val="004100E4"/>
    <w:rsid w:val="00410C9F"/>
    <w:rsid w:val="00421426"/>
    <w:rsid w:val="00422400"/>
    <w:rsid w:val="00430F3A"/>
    <w:rsid w:val="004331FA"/>
    <w:rsid w:val="00440BA1"/>
    <w:rsid w:val="00446C3B"/>
    <w:rsid w:val="00454225"/>
    <w:rsid w:val="00455744"/>
    <w:rsid w:val="0045634E"/>
    <w:rsid w:val="004639E2"/>
    <w:rsid w:val="00474C38"/>
    <w:rsid w:val="00477085"/>
    <w:rsid w:val="004A0FEB"/>
    <w:rsid w:val="004B6BD0"/>
    <w:rsid w:val="004E4564"/>
    <w:rsid w:val="004E636F"/>
    <w:rsid w:val="004E73D0"/>
    <w:rsid w:val="004F01EB"/>
    <w:rsid w:val="00500A2D"/>
    <w:rsid w:val="00506CFE"/>
    <w:rsid w:val="005208BD"/>
    <w:rsid w:val="005503A5"/>
    <w:rsid w:val="0055495E"/>
    <w:rsid w:val="00567FB1"/>
    <w:rsid w:val="005729FF"/>
    <w:rsid w:val="00580880"/>
    <w:rsid w:val="00580C77"/>
    <w:rsid w:val="005A6517"/>
    <w:rsid w:val="005B6BD5"/>
    <w:rsid w:val="005C4A54"/>
    <w:rsid w:val="005D6ED7"/>
    <w:rsid w:val="005F0A20"/>
    <w:rsid w:val="0060794E"/>
    <w:rsid w:val="00616B46"/>
    <w:rsid w:val="0064603D"/>
    <w:rsid w:val="006622AA"/>
    <w:rsid w:val="00675BDF"/>
    <w:rsid w:val="00677341"/>
    <w:rsid w:val="006F6151"/>
    <w:rsid w:val="006F7C88"/>
    <w:rsid w:val="0070011F"/>
    <w:rsid w:val="007070DF"/>
    <w:rsid w:val="00720496"/>
    <w:rsid w:val="007205CF"/>
    <w:rsid w:val="00720EB8"/>
    <w:rsid w:val="0072752A"/>
    <w:rsid w:val="007343AD"/>
    <w:rsid w:val="00745AC4"/>
    <w:rsid w:val="007608F0"/>
    <w:rsid w:val="00765DA3"/>
    <w:rsid w:val="00782D50"/>
    <w:rsid w:val="00783CD9"/>
    <w:rsid w:val="007857FA"/>
    <w:rsid w:val="00795EE5"/>
    <w:rsid w:val="00796C1B"/>
    <w:rsid w:val="007A181B"/>
    <w:rsid w:val="007A267A"/>
    <w:rsid w:val="007A3174"/>
    <w:rsid w:val="007B6935"/>
    <w:rsid w:val="00807592"/>
    <w:rsid w:val="0081128B"/>
    <w:rsid w:val="00812150"/>
    <w:rsid w:val="0081600B"/>
    <w:rsid w:val="00820AB0"/>
    <w:rsid w:val="00840764"/>
    <w:rsid w:val="00843C84"/>
    <w:rsid w:val="008559FC"/>
    <w:rsid w:val="00881DBC"/>
    <w:rsid w:val="00885534"/>
    <w:rsid w:val="008B348F"/>
    <w:rsid w:val="008C62E7"/>
    <w:rsid w:val="008F20D1"/>
    <w:rsid w:val="00923470"/>
    <w:rsid w:val="00923CFF"/>
    <w:rsid w:val="00930CEC"/>
    <w:rsid w:val="00932DA5"/>
    <w:rsid w:val="00943AC0"/>
    <w:rsid w:val="00943AED"/>
    <w:rsid w:val="00973CD2"/>
    <w:rsid w:val="009874AC"/>
    <w:rsid w:val="009939D6"/>
    <w:rsid w:val="009A375D"/>
    <w:rsid w:val="009A6F67"/>
    <w:rsid w:val="009A7491"/>
    <w:rsid w:val="009C4607"/>
    <w:rsid w:val="009C787B"/>
    <w:rsid w:val="009D2EE7"/>
    <w:rsid w:val="009D5699"/>
    <w:rsid w:val="009D696B"/>
    <w:rsid w:val="009D7FDE"/>
    <w:rsid w:val="00A160A7"/>
    <w:rsid w:val="00A168EE"/>
    <w:rsid w:val="00A32AA5"/>
    <w:rsid w:val="00A579B2"/>
    <w:rsid w:val="00A64514"/>
    <w:rsid w:val="00A67119"/>
    <w:rsid w:val="00A73FAE"/>
    <w:rsid w:val="00A74E56"/>
    <w:rsid w:val="00A810FF"/>
    <w:rsid w:val="00A91E76"/>
    <w:rsid w:val="00AA1D8D"/>
    <w:rsid w:val="00AA383C"/>
    <w:rsid w:val="00AB4888"/>
    <w:rsid w:val="00AB6836"/>
    <w:rsid w:val="00AC1DA4"/>
    <w:rsid w:val="00AC48A7"/>
    <w:rsid w:val="00AE433D"/>
    <w:rsid w:val="00B11FAB"/>
    <w:rsid w:val="00B23872"/>
    <w:rsid w:val="00B47730"/>
    <w:rsid w:val="00B84CB9"/>
    <w:rsid w:val="00B864C5"/>
    <w:rsid w:val="00B95DB4"/>
    <w:rsid w:val="00B96CB1"/>
    <w:rsid w:val="00BB37EF"/>
    <w:rsid w:val="00BC0001"/>
    <w:rsid w:val="00BE42E7"/>
    <w:rsid w:val="00BF0919"/>
    <w:rsid w:val="00BF250E"/>
    <w:rsid w:val="00C1194C"/>
    <w:rsid w:val="00C1556C"/>
    <w:rsid w:val="00C1661B"/>
    <w:rsid w:val="00C42EB7"/>
    <w:rsid w:val="00C547AA"/>
    <w:rsid w:val="00C87AFD"/>
    <w:rsid w:val="00C9615E"/>
    <w:rsid w:val="00CB0664"/>
    <w:rsid w:val="00CC2EDC"/>
    <w:rsid w:val="00CC3D86"/>
    <w:rsid w:val="00CD48D5"/>
    <w:rsid w:val="00CE79F7"/>
    <w:rsid w:val="00D111E3"/>
    <w:rsid w:val="00D11F4D"/>
    <w:rsid w:val="00D16FE4"/>
    <w:rsid w:val="00D22A0C"/>
    <w:rsid w:val="00D43EDB"/>
    <w:rsid w:val="00D642AB"/>
    <w:rsid w:val="00D64D9F"/>
    <w:rsid w:val="00D724DC"/>
    <w:rsid w:val="00D74A5C"/>
    <w:rsid w:val="00D86F40"/>
    <w:rsid w:val="00D95C7D"/>
    <w:rsid w:val="00DB2EBD"/>
    <w:rsid w:val="00DC1D74"/>
    <w:rsid w:val="00DC4563"/>
    <w:rsid w:val="00DD6BB3"/>
    <w:rsid w:val="00DE5C46"/>
    <w:rsid w:val="00DE5DF6"/>
    <w:rsid w:val="00DF03E9"/>
    <w:rsid w:val="00DF26AD"/>
    <w:rsid w:val="00E02ED0"/>
    <w:rsid w:val="00E0347B"/>
    <w:rsid w:val="00E07DC2"/>
    <w:rsid w:val="00E14B63"/>
    <w:rsid w:val="00E423C4"/>
    <w:rsid w:val="00E52A08"/>
    <w:rsid w:val="00E65761"/>
    <w:rsid w:val="00EF5898"/>
    <w:rsid w:val="00F37351"/>
    <w:rsid w:val="00F42D2B"/>
    <w:rsid w:val="00F6011A"/>
    <w:rsid w:val="00F603CD"/>
    <w:rsid w:val="00F63E8E"/>
    <w:rsid w:val="00F91B5B"/>
    <w:rsid w:val="00F9332F"/>
    <w:rsid w:val="00F96168"/>
    <w:rsid w:val="00F97FE3"/>
    <w:rsid w:val="00FA45CD"/>
    <w:rsid w:val="00FB0D9C"/>
    <w:rsid w:val="00FC693F"/>
    <w:rsid w:val="00FD22FB"/>
    <w:rsid w:val="00FF143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413DF2"/>
  <w14:defaultImageDpi w14:val="330"/>
  <w15:docId w15:val="{F5194901-36A7-402A-9AC3-D72B2A4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lang w:bidi="th-TH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link w:val="aa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1"/>
    <w:next w:val="a1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ชื่อเรื่อง อักขระ"/>
    <w:basedOn w:val="a2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1"/>
    <w:next w:val="a1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ชื่อเรื่องรอง อักขระ"/>
    <w:basedOn w:val="a2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เนื้อความ อักขระ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ข้อความแมโคร อักขระ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1"/>
    <w:next w:val="a1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คำอ้างอิง อักขระ"/>
    <w:basedOn w:val="a2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2"/>
    <w:uiPriority w:val="22"/>
    <w:qFormat/>
    <w:rsid w:val="00FC693F"/>
    <w:rPr>
      <w:b/>
      <w:bCs/>
    </w:rPr>
  </w:style>
  <w:style w:type="character" w:styleId="afa">
    <w:name w:val="Emphasis"/>
    <w:basedOn w:val="a2"/>
    <w:uiPriority w:val="20"/>
    <w:qFormat/>
    <w:rsid w:val="00FC693F"/>
    <w:rPr>
      <w:i/>
      <w:iCs/>
    </w:rPr>
  </w:style>
  <w:style w:type="paragraph" w:styleId="afb">
    <w:name w:val="Intense Quote"/>
    <w:basedOn w:val="a1"/>
    <w:next w:val="a1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ทำให้คำอ้างอิงเป็นสีเข้มขึ้น อักขระ"/>
    <w:basedOn w:val="a2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b">
    <w:name w:val="Hyperlink"/>
    <w:basedOn w:val="a2"/>
    <w:uiPriority w:val="99"/>
    <w:unhideWhenUsed/>
    <w:rsid w:val="00EF5898"/>
    <w:rPr>
      <w:color w:val="0000FF" w:themeColor="hyperlink"/>
      <w:u w:val="single"/>
    </w:rPr>
  </w:style>
  <w:style w:type="character" w:styleId="affc">
    <w:name w:val="Unresolved Mention"/>
    <w:basedOn w:val="a2"/>
    <w:uiPriority w:val="99"/>
    <w:semiHidden/>
    <w:unhideWhenUsed/>
    <w:rsid w:val="00EF5898"/>
    <w:rPr>
      <w:color w:val="605E5C"/>
      <w:shd w:val="clear" w:color="auto" w:fill="E1DFDD"/>
    </w:rPr>
  </w:style>
  <w:style w:type="character" w:styleId="affd">
    <w:name w:val="FollowedHyperlink"/>
    <w:basedOn w:val="a2"/>
    <w:uiPriority w:val="99"/>
    <w:semiHidden/>
    <w:unhideWhenUsed/>
    <w:rsid w:val="007A267A"/>
    <w:rPr>
      <w:color w:val="800080" w:themeColor="followedHyperlink"/>
      <w:u w:val="single"/>
    </w:rPr>
  </w:style>
  <w:style w:type="character" w:customStyle="1" w:styleId="aa">
    <w:name w:val="ไม่มีการเว้นระยะห่าง อักขระ"/>
    <w:basedOn w:val="a2"/>
    <w:link w:val="a9"/>
    <w:uiPriority w:val="1"/>
    <w:rsid w:val="009C4607"/>
  </w:style>
  <w:style w:type="character" w:styleId="affe">
    <w:name w:val="line number"/>
    <w:basedOn w:val="a2"/>
    <w:uiPriority w:val="99"/>
    <w:semiHidden/>
    <w:unhideWhenUsed/>
    <w:rsid w:val="003A2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'1.0' encoding='UTF-8' standalone='yes'?>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4B6F182-3861-4710-80E7-17A71CA2AFE2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28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Korlidun</cp:lastModifiedBy>
  <cp:revision>127</cp:revision>
  <dcterms:created xsi:type="dcterms:W3CDTF">2013-12-23T23:15:00Z</dcterms:created>
  <dcterms:modified xsi:type="dcterms:W3CDTF">2026-08-31T14:51:00Z</dcterms:modified>
  <cp:category/>
  <dc:identifier/>
  <dc:language/>
</cp:coreProperties>
</file>