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อวัยวะใดที่ใช้สำหรับมองเห็นสิ่งต่าง ๆ รอบตัว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เราควรล้างอวัยวะส่วนใดให้สะอาดอยู่เสมอเพื่อป้องกันเชื้อโรคเข้าสู่ร่างกายจากการหยิบจับสิ่งของ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จมูก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ถ้าเราได้กลิ่นอาหารที่อร่อย อวัยวะใดช่วยให้เรารับรู้กลิ่นนั้นได้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จมูก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การใช้มือจับของร้อนโดยไม่ระมัดระวัง อาจทำให้เกิดผลเสียอย่างไร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ตาเจ็บ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มือพองและแสบร้อน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หูอื้อ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จมูกบวม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ข้อใดเป็นวิธีดูแลรักษาความสะอาดของร่างกายได้ถูกต้อง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ไม่ล้างมือก่อนรับประทานอาหาร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ไม่แปรงฟันหลังรับประทานอาหาร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ไม่อาบน้ำเป็นเวลานาน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ล้างมือด้วยสบู่ทุกครั้งก่อนรับประทานอาหาร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ถ้าเราต้องการได้ยินเสียงเพื่อนพูดคุย อวัยวะใดสำคัญที่สุด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เท้ามีหน้าที่สำคัญอย่างไร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ใช้เดินและวิ่ง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ใช้มองเห็นสิ่งต่าง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ใช้ฟังเสียง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ใช้หยิบจับสิ่งของ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ถ้าเราไม่ล้างมือก่อนรับประทานอาหาร อาจส่งผลอย่างไรต่อร่างกาย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ปวดศีรษะ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ปวดท้องหรือท้องเสีย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หูอื้อ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จมูกไม่ได้กลิ่น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ข้อใดไม่ใช่อวัยวะภายนอกของร่างกาย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หัวใจ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จมูก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ถ้าเราต้องการพูดคุยสื่อสารกับเพื่อน เราต้องใช้อวัยวะส่วนใด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เราควรสวมใส่สิ่งใดเพื่อป้องกันไม่ให้เท้าได้รับอันตรายหรือเปื้อนสิ่งสกปรกเมื่ออยู่นอกบ้าน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ถุงมือ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แว่นตา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ถ้าเราอยู่ในสถานที่ที่มีเสียงดังเกินไป อวัยวะใดอาจได้รับอันตราย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ข้อใดเป็นการดูแลรักษาความสะอาดของช่องปากและฟันที่ถูกต้อง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ไม่แปรงฟันเลย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แปรงฟันอย่างน้อยวันละ 2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รับประทานขนมหวานทุกวัน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ใช้ไม้จิ้มฟันแคะฟันแรง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ถ้าเราต้องการหยิบจับสิ่งของ เราควรใช้อวัยวะส่วนใด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ข้อใดคือการใช้งานอวัยวะต่าง ๆ ของร่างกายอย่างปลอดภัย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วิ่งเล่นบนถนนที่มีรถพลุกพล่าน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ปีนต้นไม้สูงโดยไม่มีผู้ใหญ่ดูแล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เดินบนทางเท้าอย่างระมัดระวัง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ใช้มือขยี้ตาแรง ๆ เมื่อฝุ่นเข้าตา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จมูกมีหน้าที่สำคัญอย่างไร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หยิบจับสิ่งของ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ฟังเสียง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มองเห็นสิ่งต่าง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หายใจและดมกลิ่น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ถ้าเราไม่ล้างมือหลังจากเล่นนอกบ้าน อาจเกิดผลเสียอย่างไร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มือสกปรกและเป็นแหล่งสะสมเชื้อโรค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มือสะอาดขึ้น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ตาเจ็บ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หูอื้อ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ข้อใดคือประโยชน์ของการล้างมือด้วยสบู่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ทำให้มือสกปรกมากขึ้น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ช่วยกำจัดเชื้อโรค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ทำให้ผิวหนังแห้งลอก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ทำให้มือเปียกน้ำเฉย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ข้อใดเป็นการปฏิบัติตนเพื่อความปลอดภัยเมื่อเดินไปสนามเด็กเล่น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วิ่งเร็ว ๆ โดยไม่ระมัดระวัง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วิ่งตัดหน้าเมื่อมีรถผ่านมา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ปีนข้ามรั้วเพื่อความรวดเร็ว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เดินบนทางเท้าและมองทางอย่างระมัดระวัง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หากจำเป็นต้องอยู่ในสถานที่ที่มีเสียงดังมาก เราควรป้องกันอันตรายอย่างไร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สวมหมวกกันน็อก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สวมถุงมือ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ใช้ที่อุดหูหรือที่ครอบหู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สวมแว่นตา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1 เรื่อง ร่างกายของเรา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จมูก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มือพองและแสบร้อน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ล้างมือด้วยสบู่ทุกครั้งก่อนรับประทานอาหาร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ใช้เดินและวิ่ง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ปวดท้องหรือท้องเสีย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หัวใจ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ปาก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รองเท้า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แปรงฟันอย่างน้อยวันละ 2 ครั้ง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เดินบนทางเท้าอย่างระมัดระวัง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หายใจและดมกลิ่น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มือสกปรกและเป็นแหล่งสะสมเชื้อโรค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ช่วยกำจัดเชื้อโรค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เดินบนทางเท้าและมองทางอย่างระมัดระวัง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ใช้ที่อุดหูหรือที่ครอบหู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1 เรื่อง ร่างกายของเรา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