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ข้อใดคือการใช้งานโทรศัพท์มือถือและอินเทอร์เน็ตอย่างปลอดภัย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แอบใช้โทรศัพท์โดยไม่บอกผู้ใหญ่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เล่นโทรศัพท์ติดต่อกันเป็นเวลานาน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ไม่บอกข้อมูลส่วนตัวให้คนแปลกหน้ารู้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ส่งรูปถ่ายของตนเองให้คนแปลกหน้า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ถ้าเราจ้องหน้าจอโทรศัพท์หรือแท็บเล็ตนานเกินไป จะเกิดผลเสียอย่างไร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ทำให้เรียนเก่งขึ้น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ปวดตาและอาจทำให้สายตาสั้น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ช่วยให้ร่างกายแข็งแรง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ทำให้พักผ่อนได้เต็มที่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ขณะใช้งานคอมพิวเตอร์ เราควรนั่งในท่าที่ ________ เพื่อไม่ให้ปวดหลัง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นั่งหลังตรงและอยู่ในระยะที่เหมาะสม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นั่งหลังงอ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นั่งก้มหน้าชิดจอ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นั่งเอนหลังนอนเล่น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ข้อใดเป็นมารยาทที่ดีเมื่อต้องใช้คอมพิวเตอร์หรือแท็บเล็ตร่วมกับผู้อื่น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เปิดเสียงดังรบกวนคนอื่นขณะเล่นเกม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แย่งเพื่อนเล่นตลอดเวลา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ไม่ยอมแบ่งให้คนอื่นเล่นบ้าง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รู้จักแบ่งปันและผลัดกันเล่น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ถ้าได้รับข้อความแปลก ๆ จากคนที่ไม่รู้จัก นักเรียนควรทำอย่างไร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ตอบกลับไปทันที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รีบบอกพ่อแม่หรือผู้ปกครองให้ทราบ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ส่งต่อให้เพื่อนคนอื่นดู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เก็บไว้ดูคนเดียว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เพื่อสุขภาพตาที่ดี เด็ก ๆ ควรเล่นแท็บเล็ตติดต่อกันไม่เกินกี่นาที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5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4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3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30-60 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วิธีที่ถูกต้องในการรักษาความปลอดภัยของข้อมูลส่วนตัว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ใช้ชื่อเล่นแทนชื่อจริงในเกม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ไม่บอกรหัสผ่านให้เพื่อนรู้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ตั้งรหัสผ่านให้ง่ายที่สุดเพื่อให้จำได้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ไม่ส่งที่อยู่บ้านให้คนแปลกหน้า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เมื่อจำเป็นต้องใช้โทรศัพท์เป็นเวลานาน ควรปฏิบัติตนอย่างไรเพื่อป้องกันไม่ให้เสียสายตา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หยุดพักสายตาเป็นระยะ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เล่นในห้องที่ปิดไฟมืดสนิท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จ้องหน้าจออย่างต่อเนื่องโดยไม่กะพริบตา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เล่นในที่ที่มีแสงสว่างไม่เพียงพอ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ข้อใดคือการใช้งานอุปกรณ์เทคโนโลยีได้อย่างปลอดภัยและเหมาะสมที่สุด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แอบเล่นโทรศัพท์ในห้องเรียน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ใช้งานคอมพิวเตอร์ขณะที่มือเปียกน้ำ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ส่งรูปถ่ายให้เพื่อนที่เพิ่งรู้จักในเกม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เล่นแท็บเล็ตโดยมีพ่อแม่หรือผู้ปกครองดูแล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เราควร ________ รหัสผ่านของตนเองเพื่อป้องกันไม่ให้คนอื่นขโมยข้อมูล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บอกเพื่อนสนิททุกคน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เก็บไว้เป็นความลับ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เขียนติดไว้ที่หน้าจอคอมพิวเตอร์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ส่งข้อความไปบอกคนแปลกหน้า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ถ้าเราเห็นภาพหรือข้อความที่ไม่เหมาะสมบนอินเทอร์เน็ต 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รีบปิดหน้าจอนั้นแล้วบอกผู้ปกครองทันที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บันทึกรูปภาพเก็บไว้ดูคนเดียว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ส่งต่อให้เพื่อนดู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แสดงความคิดเห็นตอบกลับไป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ข้อใดเป็นการใช้เทคโนโลยีอย่างเหมาะสมและรู้จักแบ่งเวลา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แอบเล่นเกมใต้โต๊ะเรียน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เล่นโทรศัพท์ตลอดเวลาขณะรับประทานอาหาร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รู้จักแบ่งเวลาเล่นเกมและเวลาทำการบ้าน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ไม่ยอมนอนเพราะมัวแต่ดูการ์ตูนในแท็บเล็ต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เด็กในวัยเรียนไม่ควรใช้เวลาอยู่หน้าจอคอมพิวเตอร์หรือแท็บเล็ตเพื่อความบันเทิงเกินวันละเท่าใด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6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5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4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1-2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ข้อใดเป็นวิธีป้องกันไม่ให้ผู้อื่นแอบเข้าสู่ระบบบัญชีส่วนตัวของเราได้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ไม่บอกรหัสผ่านแก่ผู้ใด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ตั้งรหัสผ่านง่าย ๆ เช่น 1234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บอกรหัสผ่านให้เพื่อนสนิทรู้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ใช้ชื่อจริงและนามสกุลจริงเป็นรหัสผ่าน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หากจำเป็นต้องนั่งหน้าจอคอมพิวเตอร์เป็นเวลานาน ควรทำอย่างไรเพื่อสุขภาพที่ดี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นั่งก้มหน้าให้ชิดจอมากที่สุด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ลุกขึ้นเดินยืดเส้นยืดสายและพักสายตาบ้าง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นั่งนิ่ง ๆ ไม่ขยับตัวเลย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นั่งเล่นต่อไปเรื่อย ๆ จนกว่าจะง่วง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พฤติกรรมในข้อใดแสดงถึงการใช้งานโทรศัพท์มือถืออย่างปลอดภัย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เดินก้มหน้าเล่นโทรศัพท์ขณะข้ามถนน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แอบหยิบโทรศัพท์ของผู้ปกครองมาเล่น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ใช้งานในเวลาที่เหมาะสมและอยู่ในการดูแลของผู้ใหญ่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พิมพ์ข้อความคุยกับเพื่อนขณะกำลังปั่นจักรยาน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เราควรแบ่งเวลาเล่นเกมหรือดูโทรทัศน์อย่าง ________ เพื่อไม่ให้เสียสุขภาพ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มากเกินไป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ไม่มีขีดจำกัด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ต่อเนื่องยาวนาน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พอดีและเหมาะสม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หากมีเบอร์แปลกโทรมาถามชื่อและที่อยู่ของนักเรียน นักเรียนควรทำอย่างไร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บอกชื่อและที่อยู่ไปตามความจริง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ไม่บอกข้อมูลใด ๆ และรีบแจ้งให้ผู้ปกครองทราบ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รีบโทรกลับไปหาเบอร์นั้นทันที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ส่งข้อความไปถามว่าเขาคือใคร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ข้อใดคือการใช้งานเทคโนโลยีที่เหมาะสมที่สุดสำหรับนักเรียนชั้น ป.1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เล่นเกมฝึกทักษะที่มีเนื้อหาเหมาะสมโดยมีผู้ปกครองคอยดูแล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เล่นเกมต่อสู้ที่มีความรุนแรง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แอบเล่นโทรศัพท์ในห้องนอนคนเดียวตอนกลางคืน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เล่นแท็บเล็ตเป็นเวลานานจนลืมรับประทานอาหาร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การจ้องหน้าจอแท็บเล็ตนานเกินไป จะส่งผลเสียต่อร่างกายอย่างไร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ทำให้นอนหลับได้สนิทมากขึ้น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ทำให้ร่างกายแข็งแรง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ทำให้สายตาพร่ามัวและปวดศีรษะ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ทำให้เจริญอาหารมากขึ้น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10 เรื่อง การใช้เทคโนโลยีอย่างปลอดภัย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ไม่บอกข้อมูลส่วนตัวให้คนแปลกหน้ารู้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ปวดตาและอาจทำให้สายตาสั้น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นั่งหลังตรงและอยู่ในระยะที่เหมาะสม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รู้จักแบ่งปันและผลัดกันเล่น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รีบบอกพ่อแม่หรือผู้ปกครองให้ทราบ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30-60 นาที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ตั้งรหัสผ่านให้ง่ายที่สุดเพื่อให้จำได้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หยุดพักสายตาเป็นระยะ ๆ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เล่นแท็บเล็ตโดยมีพ่อแม่หรือผู้ปกครองดูแล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เก็บไว้เป็นความลับ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รีบปิดหน้าจอนั้นแล้วบอกผู้ปกครองทันที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รู้จักแบ่งเวลาเล่นเกมและเวลาทำการบ้าน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1-2 ชั่วโมง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ไม่บอกรหัสผ่านแก่ผู้ใด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ลุกขึ้นเดินยืดเส้นยืดสายและพักสายตาบ้าง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ใช้งานในเวลาที่เหมาะสมและอยู่ในการดูแลของผู้ใหญ่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พอดีและเหมาะสม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ไม่บอกข้อมูลใด ๆ และรีบแจ้งให้ผู้ปกครองทราบ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เล่นเกมฝึกทักษะที่มีเนื้อหาเหมาะสมโดยมีผู้ปกครองคอยดูแล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ทำให้สายตาพร่ามัวและปวดศีรษะ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10 เรื่อง การใช้เทคโนโลยีอย่างปลอดภัย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