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0283" w14:textId="1C29373A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การล้างมือที่ถูกวิธีเพื่อให้มือสะอาดปราศจากเชื้อโรค ควรใช้เวลาอย่างน้อยเท่าใด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20-30 วินาที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5 วินาที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10 วินาที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1 ชั่วโมง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วิธีดูแลรักษาฟันให้แข็งแรง คือข้อใด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ไม่ต้องแปรงฟัน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แปรงฟันเฉพาะตอนเช้า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แปรงฟันอย่างน้อยวันละ 2 ครั้ง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แปรงฟันสัปดาห์ละ 1 ครั้ง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การอยู่ในที่ที่มีเสียงดังมากเกินไป อาจส่งผลเสียต่ออวัยวะใด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ตาบอด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หูตึงหรือหูหนวก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ฟันผุ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ปวดท้อง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จงเติมคำในช่องว่าง: เราควรล้างมือด้วยน้ำและ........เพื่อกำจัดเชื้อโรค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น้ำมัน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น้ำเชื่อม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น้ำอัดลม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สบู่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ข้อใดคือการดูแลรักษาดวงตาอย่างถูกวิธี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รับประทานขนมหวานมาก ๆ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นอนหลับพักผ่อนให้น้อย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ไม่จ้องหน้าจอโทรศัพท์นานเกินไป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ใช้มือขยี้ตาเมื่อฝุ่นเข้าตา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ถ้าเราไม่แปรงฟันหรือแปรงฟันไม่สะอาด จะเกิดผลเสียอย่างไร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ฟันแข็งแรง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ฟันผุและมีกลิ่นปาก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ฟันขาวสะอาด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ฟันงอกยาวขึ้น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การเล่นผาดโผนหรือใช้งานอวัยวะต่าง ๆ อย่างไม่ระมัดระวัง จะส่งผลอย่างไร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ร่างกายสูงขึ้น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มีสุขภาพดี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ร่างกายแข็งแรง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เกิดการบาดเจ็บ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การล้างมือทุกครั้งก่อนรับประทานอาหาร มีประโยชน์อย่างไร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ช่วยป้องกันเชื้อโรคเข้าสู่ร่างกาย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ช่วยให้รับประทานอาหารได้มากขึ้น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ช่วยป้องกันโรคฟันผุ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ช่วยรักษาโรคตาแดง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หากเรากำลังฟังเพลงแล้วรู้สึกว่าเสียงดังมากเกินไป เราควรทำอย่างไร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ลดระดับเสียงลง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เพิ่มระดับเสียงขึ้นอีก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ฟังต่อไปเรื่อย ๆ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ใช้มือปิดตาไว้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เราควรแปรงฟันอย่างน้อยวันละกี่ครั้ง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3 ครั้ง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1 ครั้ง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2 ครั้ง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4 ครั้ง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ถ้าเราใช้มือที่สกปรกหยิบจับอาหารเข้าปาก อาจทำให้เกิดอาการใด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ฟันขาวสะอาด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ปวดท้องหรือท้องเสีย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มองเห็นได้ชัดเจน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หูได้ยินเสียงชัดเจน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ข้อใดเป็นการกระทำที่ "ไม่ควร" ทำในการดูแลรักษาดวงตา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สวมแว่นกันแดดเมื่อออกแดดจัด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พักสายตาเมื่ออ่านหนังสือเป็นเวลานาน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ล้างหน้าและล้างตาด้วยน้ำสะอาด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จ้องหน้าจอโทรศัพท์มือถือในที่มืด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ถ้าน้องสมชายเล่นโทรศัพท์มือถือนานจนรู้สึกปวดตาและตาแห้ง นักเรียนจะแนะนำน้องสมชายว่าอย่างไร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ให้ทนเล่นต่อไป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ให้หยุดพักสายตาทันที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ให้ไปล้างมือ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ให้ไปรับประทานขนม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การแปรงฟันที่สะอาดและถูกวิธี ควรใช้เวลาในการแปรงฟันประมาณเท่าใด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5 นาที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30 วินาที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2 นาที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10 นาที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เมื่อเดินผ่านบริเวณที่มีเสียงดังมาก ๆ เช่น เขตก่อสร้าง เราควรป้องกันอันตรายอย่างไร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ใช้มืออุดหูทั้งสองข้าง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ตะโกนแข่งกับเสียงนั้น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เดินเข้าไปใกล้ ๆ แหล่งกำเนิดเสียง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หลับตาเดิน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ข้อใดคือเหตุผลสำคัญที่สุดที่เราต้องใช้สบู่ล้างมือ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เพื่อให้มือมีกลิ่นหอม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เพื่อให้มือแห้งเร็วขึ้น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เพื่อให้มือลื่น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เพื่อช่วยกำจัดเชื้อโรคและสิ่งสกปรก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จุดประสงค์สำคัญของการดูแลรักษาอวัยวะต่าง ๆ ของร่างกาย คืออะไร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เพื่อให้ร่างกายอ่อนแอ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เพื่อให้ร่างกายแข็งแรงและทำงานได้ตามปกติ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เพื่อให้เกิดความเจ็บปวด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เพื่อให้ร่างกายเหนื่อยล้า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พฤติกรรมใดที่ทำลายฟัน และทำให้ฟันผุได้ง่ายที่สุด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การรับประทานลูกอมและน้ำอัดลมเป็นประจำ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การดื่มนมจืดทุกวัน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การรับประทานผักและผลไม้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การบ้วนปากหลังรับประทานอาหาร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น้องน้ำฝนชอบใส่หูฟังและเปิดเพลงเสียงดังมาก ๆ เป็นประจำ นักเรียนจะเตือนน้องน้ำฝนอย่างไร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ให้ระวังจะปวดตา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ให้ฟังต่อไปเพราะเพลงสนุก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ให้ลดระดับเสียงลงเพื่อป้องกันอันตรายต่อหู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ให้ดื่มน้ำมาก ๆ ระหว่างฟังเพลง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ขั้นตอนการล้างมือที่ถูกต้องและสะอาดที่สุด คือข้อใด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เช็ดมือด้วยผ้าเปียก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ล้างมือด้วยน้ำเปล่าอย่างเดียว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ใช้กระดาษทิชชูเช็ดมือ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ล้างด้วยน้ำสะอาดและถูมือด้วยสบู่ให้ทั่ว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1734E241" w14:textId="5A10117F" w:rsidR="00A67119" w:rsidRPr="0081600B" w:rsidRDefault="00A67119" w:rsidP="003322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600B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lastRenderedPageBreak/>
        <w:t>เฉลย</w:t>
      </w:r>
      <w:r w:rsidRPr="0081600B">
        <w:rPr>
          <w:rFonts w:ascii="TH SarabunPSK" w:hAnsi="TH SarabunPSK" w:cs="TH SarabunPSK"/>
          <w:b/>
          <w:bCs/>
          <w:sz w:val="36"/>
          <w:szCs w:val="36"/>
          <w:lang w:val="th-TH" w:bidi="th-TH"/>
        </w:rPr>
        <w:t xml:space="preserve">ข้อสอบวิทยาศาสตร์ฯ ป.1 ชุดที่ 2 เรื่อง การดูแลรักษาอวัยวะ</w:t>
      </w:r>
    </w:p>
    <w:p w14:paraId="7A84117B" w14:textId="1C5580A4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20-30 วินาที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แปรงฟันอย่างน้อยวันละ 2 ครั้ง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หูตึงหรือหูหนวก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สบู่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ไม่จ้องหน้าจอโทรศัพท์นานเกินไป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ฟันผุและมีกลิ่นปาก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เกิดการบาดเจ็บ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ช่วยป้องกันเชื้อโรคเข้าสู่ร่างกาย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ลดระดับเสียงลง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2 ครั้ง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ปวดท้องหรือท้องเสีย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จ้องหน้าจอโทรศัพท์มือถือในที่มืด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ให้หยุดพักสายตาทันที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2 นาที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ใช้มืออุดหูทั้งสองข้าง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เพื่อช่วยกำจัดเชื้อโรคและสิ่งสกปรก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เพื่อให้ร่างกายแข็งแรงและทำงานได้ตามปกติ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การรับประทานลูกอมและน้ำอัดลมเป็นประจำ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ให้ลดระดับเสียงลงเพื่อป้องกันอันตรายต่อหู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ล้างด้วยน้ำสะอาดและถูมือด้วยสบู่ให้ทั่ว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sectPr w:rsidR="00DC4563" w:rsidRPr="0081600B" w:rsidSect="00A32AA5">
      <w:pgSz w:w="11907" w:h="16840" w:code="9"/>
      <w:pgMar w:top="1418" w:right="851" w:bottom="1418" w:left="851" w:header="680" w:footer="567" w:gutter="0"/>
      <w:cols w:sep="1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8244" w14:textId="77777777" w:rsidR="00421426" w:rsidRDefault="00421426" w:rsidP="00385DA0">
      <w:pPr>
        <w:spacing w:after="0" w:line="240" w:lineRule="auto"/>
      </w:pPr>
      <w:r>
        <w:separator/>
      </w:r>
    </w:p>
  </w:endnote>
  <w:endnote w:type="continuationSeparator" w:id="0">
    <w:p w14:paraId="7E0B5A0D" w14:textId="77777777" w:rsidR="00421426" w:rsidRDefault="00421426" w:rsidP="0038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044E" w14:textId="77777777" w:rsidR="00885534" w:rsidRDefault="008855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0078" w14:textId="52EA9108" w:rsidR="0064603D" w:rsidRPr="002117C7" w:rsidRDefault="0064603D" w:rsidP="00385DA0">
    <w:pPr>
      <w:pStyle w:val="a7"/>
      <w:pBdr>
        <w:bottom w:val="single" w:sz="6" w:space="1" w:color="auto"/>
      </w:pBdr>
      <w:jc w:val="center"/>
      <w:rPr>
        <w:rFonts w:ascii="TH SarabunPSK" w:hAnsi="TH SarabunPSK" w:cs="TH SarabunPSK"/>
        <w:b/>
        <w:bCs/>
        <w:sz w:val="32"/>
        <w:szCs w:val="32"/>
      </w:rPr>
    </w:pPr>
  </w:p>
  <w:p w14:paraId="5DBD4BC2" w14:textId="7F078A8F" w:rsidR="0064603D" w:rsidRPr="002117C7" w:rsidRDefault="0064603D" w:rsidP="0064603D">
    <w:pPr>
      <w:pStyle w:val="a7"/>
      <w:rPr>
        <w:rFonts w:ascii="TH SarabunPSK" w:hAnsi="TH SarabunPSK" w:cs="TH SarabunPSK"/>
        <w:b/>
        <w:bCs/>
        <w:sz w:val="32"/>
        <w:szCs w:val="32"/>
      </w:rPr>
    </w:pPr>
  </w:p>
  <w:p w14:paraId="4CD44B5B" w14:textId="1A156EEC" w:rsidR="00D95C7D" w:rsidRPr="002117C7" w:rsidRDefault="00421426" w:rsidP="00795EE5">
    <w:pPr>
      <w:pStyle w:val="a7"/>
      <w:jc w:val="center"/>
      <w:rPr>
        <w:rFonts w:ascii="TH SarabunPSK" w:hAnsi="TH SarabunPSK" w:cs="TH SarabunPSK"/>
        <w:b/>
        <w:bCs/>
        <w:sz w:val="40"/>
        <w:szCs w:val="40"/>
      </w:rPr>
    </w:pPr>
    <w:hyperlink r:id="rId1" w:history="1">
      <w:r w:rsidR="0021549A" w:rsidRPr="009D2EE7">
        <w:rPr>
          <w:rStyle w:val="affb"/>
          <w:rFonts w:asciiTheme="majorBidi" w:hAnsiTheme="majorBidi" w:cstheme="majorBidi"/>
          <w:b/>
          <w:bCs/>
          <w:color w:val="auto"/>
          <w:sz w:val="40"/>
          <w:szCs w:val="40"/>
          <w:u w:val="none"/>
        </w:rPr>
        <w:t>BUNDITCHON.COM</w:t>
      </w:r>
      <w:r w:rsidR="0021549A" w:rsidRPr="0021549A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</w:rPr>
        <w:t xml:space="preserve"> – </w:t>
      </w:r>
      <w:r w:rsidR="00885534">
        <w:rPr>
          <w:rStyle w:val="affb"/>
          <w:rFonts w:ascii="TH SarabunPSK" w:hAnsi="TH SarabunPSK" w:cs="TH SarabunPSK" w:hint="cs"/>
          <w:b/>
          <w:bCs/>
          <w:color w:val="auto"/>
          <w:sz w:val="40"/>
          <w:szCs w:val="40"/>
          <w:u w:val="none"/>
          <w:cs/>
        </w:rPr>
        <w:t>ข้อ</w:t>
      </w:r>
      <w:r w:rsidR="00440BA1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สอบพร้อมเฉลย</w:t>
      </w:r>
      <w:r w:rsidR="00923CFF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ฟรี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28FD" w14:textId="77777777" w:rsidR="00885534" w:rsidRDefault="008855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3F41" w14:textId="77777777" w:rsidR="00421426" w:rsidRDefault="00421426" w:rsidP="00385DA0">
      <w:pPr>
        <w:spacing w:after="0" w:line="240" w:lineRule="auto"/>
      </w:pPr>
      <w:r>
        <w:separator/>
      </w:r>
    </w:p>
  </w:footnote>
  <w:footnote w:type="continuationSeparator" w:id="0">
    <w:p w14:paraId="1E9DD8B2" w14:textId="77777777" w:rsidR="00421426" w:rsidRDefault="00421426" w:rsidP="0038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B7FC" w14:textId="77777777" w:rsidR="00885534" w:rsidRDefault="008855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5596" w14:textId="3EB9EC77" w:rsidR="007070DF" w:rsidRPr="002117C7" w:rsidRDefault="00807592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40"/>
        <w:szCs w:val="40"/>
      </w:rPr>
    </w:pPr>
    <w:r w:rsidRPr="002117C7">
      <w:rPr>
        <w:rFonts w:ascii="TH SarabunPSK" w:hAnsi="TH SarabunPSK" w:cs="TH SarabunPSK"/>
        <w:b/>
        <w:bCs/>
        <w:noProof/>
        <w:sz w:val="40"/>
        <w:szCs w:val="40"/>
      </w:rPr>
      <w:t xml:space="preserve">ข้อสอบวิทยาศาสตร์ฯ ป.1 ชุดที่ 2 เรื่อง การดูแลรักษาอวัยวะ</w:t>
    </w:r>
  </w:p>
  <w:p w14:paraId="7DB1697E" w14:textId="77777777" w:rsidR="007070DF" w:rsidRPr="002117C7" w:rsidRDefault="007070DF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32"/>
        <w:szCs w:val="32"/>
      </w:rPr>
    </w:pPr>
  </w:p>
  <w:p w14:paraId="731E54DE" w14:textId="18D7E592" w:rsidR="00385DA0" w:rsidRPr="00385DA0" w:rsidRDefault="00385DA0" w:rsidP="00385DA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B204" w14:textId="77777777" w:rsidR="00885534" w:rsidRDefault="008855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8A6"/>
    <w:rsid w:val="00020BF2"/>
    <w:rsid w:val="00021F7F"/>
    <w:rsid w:val="00030FD3"/>
    <w:rsid w:val="00034616"/>
    <w:rsid w:val="000559E0"/>
    <w:rsid w:val="0006063C"/>
    <w:rsid w:val="00062A28"/>
    <w:rsid w:val="000646B9"/>
    <w:rsid w:val="00082485"/>
    <w:rsid w:val="000877C4"/>
    <w:rsid w:val="00090227"/>
    <w:rsid w:val="00096A4E"/>
    <w:rsid w:val="000971DB"/>
    <w:rsid w:val="000A275E"/>
    <w:rsid w:val="000A33E2"/>
    <w:rsid w:val="000A7F72"/>
    <w:rsid w:val="000B6A1F"/>
    <w:rsid w:val="000B6CFB"/>
    <w:rsid w:val="000E6387"/>
    <w:rsid w:val="00141B92"/>
    <w:rsid w:val="0015074B"/>
    <w:rsid w:val="0016295B"/>
    <w:rsid w:val="00167709"/>
    <w:rsid w:val="00174313"/>
    <w:rsid w:val="0019128C"/>
    <w:rsid w:val="0019628A"/>
    <w:rsid w:val="00196974"/>
    <w:rsid w:val="001B7540"/>
    <w:rsid w:val="001C2BEF"/>
    <w:rsid w:val="001D3722"/>
    <w:rsid w:val="001F6E56"/>
    <w:rsid w:val="00201B03"/>
    <w:rsid w:val="002117C7"/>
    <w:rsid w:val="00212B45"/>
    <w:rsid w:val="0021549A"/>
    <w:rsid w:val="00226B41"/>
    <w:rsid w:val="00234401"/>
    <w:rsid w:val="00237ECE"/>
    <w:rsid w:val="0024684C"/>
    <w:rsid w:val="002643FB"/>
    <w:rsid w:val="00267612"/>
    <w:rsid w:val="0029255E"/>
    <w:rsid w:val="002942B2"/>
    <w:rsid w:val="0029600E"/>
    <w:rsid w:val="0029639D"/>
    <w:rsid w:val="002A6B22"/>
    <w:rsid w:val="002C6725"/>
    <w:rsid w:val="00301BE0"/>
    <w:rsid w:val="00304D29"/>
    <w:rsid w:val="00316664"/>
    <w:rsid w:val="00320E61"/>
    <w:rsid w:val="00326F90"/>
    <w:rsid w:val="003322D4"/>
    <w:rsid w:val="003566FE"/>
    <w:rsid w:val="00371F80"/>
    <w:rsid w:val="00374052"/>
    <w:rsid w:val="00385DA0"/>
    <w:rsid w:val="003861D2"/>
    <w:rsid w:val="00394198"/>
    <w:rsid w:val="003A2B8D"/>
    <w:rsid w:val="003A2D10"/>
    <w:rsid w:val="003A3FEA"/>
    <w:rsid w:val="003B0A1F"/>
    <w:rsid w:val="003B6A26"/>
    <w:rsid w:val="004012D5"/>
    <w:rsid w:val="00405890"/>
    <w:rsid w:val="004100E4"/>
    <w:rsid w:val="00410C9F"/>
    <w:rsid w:val="00421426"/>
    <w:rsid w:val="00422400"/>
    <w:rsid w:val="00430F3A"/>
    <w:rsid w:val="004331FA"/>
    <w:rsid w:val="00440BA1"/>
    <w:rsid w:val="00446C3B"/>
    <w:rsid w:val="00454225"/>
    <w:rsid w:val="00455744"/>
    <w:rsid w:val="0045634E"/>
    <w:rsid w:val="004639E2"/>
    <w:rsid w:val="00474C38"/>
    <w:rsid w:val="00477085"/>
    <w:rsid w:val="004A0FEB"/>
    <w:rsid w:val="004B6BD0"/>
    <w:rsid w:val="004E4564"/>
    <w:rsid w:val="004E636F"/>
    <w:rsid w:val="004E73D0"/>
    <w:rsid w:val="004F01EB"/>
    <w:rsid w:val="00500A2D"/>
    <w:rsid w:val="00506CFE"/>
    <w:rsid w:val="005208BD"/>
    <w:rsid w:val="005503A5"/>
    <w:rsid w:val="0055495E"/>
    <w:rsid w:val="00567FB1"/>
    <w:rsid w:val="005729FF"/>
    <w:rsid w:val="00580880"/>
    <w:rsid w:val="00580C77"/>
    <w:rsid w:val="005A6517"/>
    <w:rsid w:val="005B6BD5"/>
    <w:rsid w:val="005C4A54"/>
    <w:rsid w:val="005D6ED7"/>
    <w:rsid w:val="005F0A20"/>
    <w:rsid w:val="0060794E"/>
    <w:rsid w:val="00616B46"/>
    <w:rsid w:val="0064603D"/>
    <w:rsid w:val="006622AA"/>
    <w:rsid w:val="00675BDF"/>
    <w:rsid w:val="00677341"/>
    <w:rsid w:val="006F6151"/>
    <w:rsid w:val="006F7C88"/>
    <w:rsid w:val="0070011F"/>
    <w:rsid w:val="007070DF"/>
    <w:rsid w:val="00720496"/>
    <w:rsid w:val="007205CF"/>
    <w:rsid w:val="00720EB8"/>
    <w:rsid w:val="0072752A"/>
    <w:rsid w:val="007343AD"/>
    <w:rsid w:val="00745AC4"/>
    <w:rsid w:val="007608F0"/>
    <w:rsid w:val="00765DA3"/>
    <w:rsid w:val="00782D50"/>
    <w:rsid w:val="00783CD9"/>
    <w:rsid w:val="007857FA"/>
    <w:rsid w:val="00795EE5"/>
    <w:rsid w:val="00796C1B"/>
    <w:rsid w:val="007A181B"/>
    <w:rsid w:val="007A267A"/>
    <w:rsid w:val="007A3174"/>
    <w:rsid w:val="007B6935"/>
    <w:rsid w:val="00807592"/>
    <w:rsid w:val="0081128B"/>
    <w:rsid w:val="00812150"/>
    <w:rsid w:val="0081600B"/>
    <w:rsid w:val="00820AB0"/>
    <w:rsid w:val="00840764"/>
    <w:rsid w:val="00843C84"/>
    <w:rsid w:val="008559FC"/>
    <w:rsid w:val="00881DBC"/>
    <w:rsid w:val="00885534"/>
    <w:rsid w:val="008B348F"/>
    <w:rsid w:val="008C62E7"/>
    <w:rsid w:val="008F20D1"/>
    <w:rsid w:val="00923470"/>
    <w:rsid w:val="00923CFF"/>
    <w:rsid w:val="00930CEC"/>
    <w:rsid w:val="00932DA5"/>
    <w:rsid w:val="00943AC0"/>
    <w:rsid w:val="00943AED"/>
    <w:rsid w:val="00973CD2"/>
    <w:rsid w:val="009874AC"/>
    <w:rsid w:val="009939D6"/>
    <w:rsid w:val="009A375D"/>
    <w:rsid w:val="009A6F67"/>
    <w:rsid w:val="009A7491"/>
    <w:rsid w:val="009C4607"/>
    <w:rsid w:val="009C787B"/>
    <w:rsid w:val="009D2EE7"/>
    <w:rsid w:val="009D5699"/>
    <w:rsid w:val="009D696B"/>
    <w:rsid w:val="009D7FDE"/>
    <w:rsid w:val="00A160A7"/>
    <w:rsid w:val="00A168EE"/>
    <w:rsid w:val="00A32AA5"/>
    <w:rsid w:val="00A579B2"/>
    <w:rsid w:val="00A64514"/>
    <w:rsid w:val="00A67119"/>
    <w:rsid w:val="00A73FAE"/>
    <w:rsid w:val="00A74E56"/>
    <w:rsid w:val="00A810FF"/>
    <w:rsid w:val="00A91E76"/>
    <w:rsid w:val="00AA1D8D"/>
    <w:rsid w:val="00AA383C"/>
    <w:rsid w:val="00AB4888"/>
    <w:rsid w:val="00AB6836"/>
    <w:rsid w:val="00AC1DA4"/>
    <w:rsid w:val="00AC48A7"/>
    <w:rsid w:val="00AE433D"/>
    <w:rsid w:val="00B11FAB"/>
    <w:rsid w:val="00B23872"/>
    <w:rsid w:val="00B47730"/>
    <w:rsid w:val="00B84CB9"/>
    <w:rsid w:val="00B864C5"/>
    <w:rsid w:val="00B95DB4"/>
    <w:rsid w:val="00B96CB1"/>
    <w:rsid w:val="00BB37EF"/>
    <w:rsid w:val="00BC0001"/>
    <w:rsid w:val="00BE42E7"/>
    <w:rsid w:val="00BF0919"/>
    <w:rsid w:val="00BF250E"/>
    <w:rsid w:val="00C1194C"/>
    <w:rsid w:val="00C1556C"/>
    <w:rsid w:val="00C1661B"/>
    <w:rsid w:val="00C42EB7"/>
    <w:rsid w:val="00C547AA"/>
    <w:rsid w:val="00C87AFD"/>
    <w:rsid w:val="00C9615E"/>
    <w:rsid w:val="00CB0664"/>
    <w:rsid w:val="00CC2EDC"/>
    <w:rsid w:val="00CC3D86"/>
    <w:rsid w:val="00CD48D5"/>
    <w:rsid w:val="00CE79F7"/>
    <w:rsid w:val="00D111E3"/>
    <w:rsid w:val="00D11F4D"/>
    <w:rsid w:val="00D16FE4"/>
    <w:rsid w:val="00D22A0C"/>
    <w:rsid w:val="00D43EDB"/>
    <w:rsid w:val="00D642AB"/>
    <w:rsid w:val="00D64D9F"/>
    <w:rsid w:val="00D724DC"/>
    <w:rsid w:val="00D74A5C"/>
    <w:rsid w:val="00D86F40"/>
    <w:rsid w:val="00D95C7D"/>
    <w:rsid w:val="00DB2EBD"/>
    <w:rsid w:val="00DC1D74"/>
    <w:rsid w:val="00DC4563"/>
    <w:rsid w:val="00DD6BB3"/>
    <w:rsid w:val="00DE5C46"/>
    <w:rsid w:val="00DE5DF6"/>
    <w:rsid w:val="00DF03E9"/>
    <w:rsid w:val="00DF26AD"/>
    <w:rsid w:val="00E02ED0"/>
    <w:rsid w:val="00E0347B"/>
    <w:rsid w:val="00E07DC2"/>
    <w:rsid w:val="00E14B63"/>
    <w:rsid w:val="00E423C4"/>
    <w:rsid w:val="00E52A08"/>
    <w:rsid w:val="00E65761"/>
    <w:rsid w:val="00EF5898"/>
    <w:rsid w:val="00F37351"/>
    <w:rsid w:val="00F42D2B"/>
    <w:rsid w:val="00F6011A"/>
    <w:rsid w:val="00F603CD"/>
    <w:rsid w:val="00F63E8E"/>
    <w:rsid w:val="00F91B5B"/>
    <w:rsid w:val="00F9332F"/>
    <w:rsid w:val="00F96168"/>
    <w:rsid w:val="00F97FE3"/>
    <w:rsid w:val="00FA45CD"/>
    <w:rsid w:val="00FB0D9C"/>
    <w:rsid w:val="00FC693F"/>
    <w:rsid w:val="00FD22FB"/>
    <w:rsid w:val="00FF143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413DF2"/>
  <w14:defaultImageDpi w14:val="330"/>
  <w15:docId w15:val="{F5194901-36A7-402A-9AC3-D72B2A4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lang w:bidi="th-TH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ชื่อเรื่อง อักขระ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ชื่อเรื่องรอง อักขระ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เนื้อความ อักขระ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ข้อความแมโคร อักขระ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คำอ้างอิง อักขระ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ทำให้คำอ้างอิงเป็นสีเข้มขึ้น อักขระ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b">
    <w:name w:val="Hyperlink"/>
    <w:basedOn w:val="a2"/>
    <w:uiPriority w:val="99"/>
    <w:unhideWhenUsed/>
    <w:rsid w:val="00EF5898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EF5898"/>
    <w:rPr>
      <w:color w:val="605E5C"/>
      <w:shd w:val="clear" w:color="auto" w:fill="E1DFDD"/>
    </w:rPr>
  </w:style>
  <w:style w:type="character" w:styleId="affd">
    <w:name w:val="FollowedHyperlink"/>
    <w:basedOn w:val="a2"/>
    <w:uiPriority w:val="99"/>
    <w:semiHidden/>
    <w:unhideWhenUsed/>
    <w:rsid w:val="007A267A"/>
    <w:rPr>
      <w:color w:val="800080" w:themeColor="followedHyperlink"/>
      <w:u w:val="single"/>
    </w:rPr>
  </w:style>
  <w:style w:type="character" w:customStyle="1" w:styleId="aa">
    <w:name w:val="ไม่มีการเว้นระยะห่าง อักขระ"/>
    <w:basedOn w:val="a2"/>
    <w:link w:val="a9"/>
    <w:uiPriority w:val="1"/>
    <w:rsid w:val="009C4607"/>
  </w:style>
  <w:style w:type="character" w:styleId="affe">
    <w:name w:val="line number"/>
    <w:basedOn w:val="a2"/>
    <w:uiPriority w:val="99"/>
    <w:semiHidden/>
    <w:unhideWhenUsed/>
    <w:rsid w:val="003A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B6F182-3861-4710-80E7-17A71CA2AFE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Korlidun</cp:lastModifiedBy>
  <cp:revision>127</cp:revision>
  <dcterms:created xsi:type="dcterms:W3CDTF">2013-12-23T23:15:00Z</dcterms:created>
  <dcterms:modified xsi:type="dcterms:W3CDTF">2026-08-31T14:51:00Z</dcterms:modified>
  <cp:category/>
  <dc:identifier/>
  <dc:language/>
</cp:coreProperties>
</file>