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ส่วนใดของพืชทำหน้าที่ดูดน้ำและธาตุอาหารจากดิน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ผล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ลำต้นของพืชมีหน้าที่สำคัญตามข้อใด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ชูกิ่งก้านใบและลำเลียงน้ำ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ดูดน้ำจากดิน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สร้างอาหาร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ห่อหุ้มเมล็ด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ใบของพืชมีหน้าที่หลักคืออะไร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ลำเลียงน้ำ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สร้างอาหาร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ดูดธาตุอาหารจากดิน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ขยายพันธุ์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ดอกของพืชมีสีสันสวยงามเพื่อประโยชน์ในข้อใด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เก็บสะสมอาหาร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ช่วยดูดน้ำ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ช่วยในการสืบพันธุ์ (ล่อแมลง)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ป้องกันศัตรูพืช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ผลของพืชมีหน้าที่สำคัญตามข้อใด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ดูดน้ำไปเลี้ยงลำต้น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ห่อหุ้มเมล็ดและช่วยขยายพันธุ์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สร้างอาหารให้พืช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ลำเลียงธาตุอาหาร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ข้อใดต่อไปนี้ "ไม่ใช่" ส่วนประกอบของพืช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ลำต้น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รังผึ้ง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ต้นไม้ที่มีใบสีเขียวชอุ่ม มีประโยชน์ต่อมนุษย์อย่างไร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ทำให้ดินแห้งแล้ง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ให้ก๊าซคาร์บอนไดออกไซด์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ช่วยดูดซับน้ำฝนไม่ให้ตก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ให้อากาศบริสุทธิ์ (ก๊าซออกซิเจน) สำหรับหายใจ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จงเติมคำในช่องว่าง: รากของพืชทำหน้าที่ ________ น้ำและธาตุอาหารในดินไปเลี้ยงส่วนต่าง ๆ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ดูด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ปล่อย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เก็บ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ทำลาย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หากพืชไม่มี "ใบ" จะเกิดผลเสียอย่างไรต่อพืชมากที่สุด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รากจะเน่าตาย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ไม่สามารถสร้างอาหารได้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ดอกจะมีสีสันสวยงามขึ้น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ผลจะมีขนาดใหญ่ขึ้น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ข้อใดกล่าวถึงหน้าที่ของ "ลำต้น"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ลำต้นไม่มีหน้าที่สำคัญใด 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ลำต้นทำหน้าที่สืบพันธุ์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ลำต้นช่วยลำเลียงน้ำและชูกิ่งก้านใบ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ลำต้นช่วยดูดน้ำจากดิน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หากต้องการให้ต้นไม้เจริญเติบโตได้ดี เราควรปลูกในดินลักษณะใด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ดินเหนียวที่อัดแน่น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ดินทรายที่แห้งแล้ง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ดินที่มีหินปนจำนวนมาก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ดินร่วนที่น้ำและอากาศผ่านได้ดี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ข้อใดคือส่วน "ผล" ของพืชที่เราสามารถนำมารับประทานได้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มะม่วง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ดอกกุหลาบ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ใบเตย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รากผักชี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 "ไม่ใช่" หน้าที่ของใบพืช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สร้างอาหาร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คายน้ำ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ดูดน้ำจากดิน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หายใจ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การที่ดอกไม้มีสีสันสวยงามและมีกลิ่นหอม มีประโยชน์อย่างไรต่อพืช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ทำให้ต้นไม้เจริญเติบโตสูงขึ้น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ล่อแมลงให้มาช่วยผสมเกสร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ช่วยให้รากดูดน้ำได้ดีขึ้น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ทำให้ลำต้นแข็งแรง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พืชมีความสำคัญต่อสิ่งมีชีวิตอื่น ๆ และสิ่งแวดล้อมอย่างไร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ทำให้เกิดความร้อน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เป็นแหล่งเชื้อโรค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ทำลายที่อยู่อาศัยของสัตว์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เป็นแหล่งอาหารและให้อากาศบริสุทธิ์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ใบของพืชต้องการสิ่งใดจากธรรมชาติ เพื่อใช้เป็นพลังงานในการสร้างอาหาร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แสงอาทิตย์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น้ำแข็ง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สายลม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ก้อนหิน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ถ้าต้นไม้ถูกตัดรากออกไปจนหมด จะเกิดอะไรขึ้นกับต้นไม้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ต้นไม้จะไม่สามารถดูดน้ำได้และเหี่ยวตาย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ต้นไม้จะออกดอกมากขึ้น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ต้นไม้จะเจริญเติบโตเร็วขึ้น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ต้นไม้จะแตกใบใหม่จำนวนมาก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ข้อใดคือลักษณะและตำแหน่งของ "ราก" พืชส่วนใหญ่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เป็นส่วนที่มีสีเขียวอยู่บนกิ่งไม้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เป็นส่วนที่อยู่ใต้ดินและคอยดูดน้ำ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เป็นส่วนที่มีสีสันสวยงามและมีกลิ่นหอม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เป็นส่วนที่ห่อหุ้มเมล็ดไว้ภายใน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หากนักเรียนต้องการให้ต้นไม้ที่ปลูกไว้เจริญเติบโตและแข็งแรง ควรปฏิบัติตามข้อใด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นำต้นไม้ไปเก็บไว้ในตู้ทึบ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ปล่อยทิ้งไว้ไม่ต้องรดน้ำ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ตัดใบออกให้หมดเพื่อให้โตเร็ว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รดน้ำ พรวนดิน และใส่ปุ๋ยอย่างเหมาะสม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ข้อใดกล่าวถึงหน้าที่ของ "ผล" ของพืชได้ถูกต้องที่สุด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ผลทำหน้าที่ดูดน้ำและธาตุอาหารจากดิน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ผลไม่มีประโยชน์ใด ๆ ต่อต้นพืช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ผลทำหน้าที่ห่อหุ้มเมล็ดและช่วยในการขยายพันธุ์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ผลเป็นส่วนที่ใช้สร้างอาหารของพืช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ข้อสอบวิทยาศาสตร์ฯ ป.1 ชุดที่ 4 เรื่อง พืชรอบตัวเรา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ราก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ชูกิ่งก้านใบและลำเลียงน้ำ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สร้างอาหาร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ช่วยในการสืบพันธุ์ (ล่อแมลง)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ห่อหุ้มเมล็ดและช่วยขยายพันธุ์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รังผึ้ง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ให้อากาศบริสุทธิ์ (ก๊าซออกซิเจน) สำหรับหายใจ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ดูด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ไม่สามารถสร้างอาหารได้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ลำต้นช่วยลำเลียงน้ำและชูกิ่งก้านใบ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ดินร่วนที่น้ำและอากาศผ่านได้ดี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มะม่วง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ดูดน้ำจากดิน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ล่อแมลงให้มาช่วยผสมเกสร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เป็นแหล่งอาหารและให้อากาศบริสุทธิ์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แสงอาทิตย์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ต้นไม้จะไม่สามารถดูดน้ำได้และเหี่ยวตาย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เป็นส่วนที่อยู่ใต้ดินและคอยดูดน้ำ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รดน้ำ พรวนดิน และใส่ปุ๋ยอย่างเหมาะสม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ผลทำหน้าที่ห่อหุ้มเมล็ดและช่วยในการขยายพันธุ์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ข้อสอบวิทยาศาสตร์ฯ ป.1 ชุดที่ 4 เรื่อง พืชรอบตัวเรา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