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สัตว์ชนิดใดมีขนเป็นเส้นปกคลุมลำตัวและเลี้ยงลูกด้วยน้ำนม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สัตว์ชนิดใดมีปีกและสามารถบินไปมาบนท้องฟ้าได้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สุนัขเป็นสัตว์ที่เคลื่อนที่ด้วยการ........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ว่ายน้ำ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เดินและวิ่ง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เลื้อย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สัตว์ชนิดใดอาศัยอยู่ในน้ำ และใช้ครีบช่วยในการว่ายน้ำ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วัว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วัวเป็นสัตว์ที่มีประโยชน์ต่อมนุษย์ตามข้อใด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ให้ไข่เป็นอาหาร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ให้ขนนำมาทำเสื้อผ้า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ช่วยจับหนูในบ้าน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ให้เนื้อและน้ำนมเป็นอาหาร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สัตว์ชนิดใดมีขนเป็นเส้น นิยมเลี้ยงไว้เป็นเพื่อนเล่นในบ้าน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ข้อใดกล่าวถึงลักษณะของ "นก" 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นกไม่มีขนและเดินไม่ได้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นกมีเกล็ดและว่ายน้ำเก่ง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นกมีขนเป็นแผงและมีปีกสำหรับบิน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นกเป็นสัตว์ที่ออกลูกเป็นตัว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สัตว์ชนิดใดกินพืชหรือหญ้าเป็นอาหารหลัก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หากนักเรียนพบสัตว์ที่มีปีก มีขนเป็นแผง และส่งเสียงร้อง "จิ๊บ จิ๊บ" สัตว์ชนิดนี้คือข้อใด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สัตว์ที่ออกลูกเป็นตัวและเลี้ยงลูกด้วยน้ำนม "ไม่มี" ลักษณะตามข้อใด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มีขนเป็นเส้นปกคลุมร่างกาย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ออกลูกเป็นไข่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ให้ลูกดูดนมจากแม่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มี 4 ขา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สัตว์ชนิดใดที่คนนิยมเลี้ยงไว้เพื่อนำไข่และเนื้อมารับประทาน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นกแก้ว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หากต้องการเลี้ยงสัตว์ที่สามารถเฝ้าบ้านและเห่าเตือนภัยได้ ควรเลือกเลี้ยงสัตว์ชนิดใด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วัว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สัตว์ในข้อใดมี 6 ขา และจัดอยู่ในกลุ่มแมลง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ผีเสื้อ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สัตว์ชนิดใดมักทำรังอยู่บนต้นไม้และสามารถบินได้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วัว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จงเติมคำในช่องว่าง: ไก่เป็นสัตว์ที่มนุษย์เลี้ยงไว้เพื่อนำ ________ มาเป็นอาหาร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ไข่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เนื้อปลา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หากพบสัตว์ที่มีเกล็ด มีครีบ และว่ายน้ำอยู่ในบึง สัตว์นั้นคือข้อใด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ควาย (กระบือ) ในสมัยก่อนมีประโยชน์ต่อชาวนาอย่างไร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ช่วยจับหนู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ให้ไข่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ช่วยไถนา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ใช้ขี่แข่งกีฬา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สัตว์ชนิดใดมี 4 ขา ร้อง "เหมียว เหมียว" และชอบกินปลา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ข้อใดกล่าวถึงลักษณะของสัตว์ "ไม่ถูกต้อง"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ปลาใช้ปีกในการบินบนท้องฟ้า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สุนัขมี 4 ขา และเดินหรือวิ่งได้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นกมีปีกและมีขนเป็นแผง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แมลงเป็นสัตว์ที่มี 6 ขา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หากนักเรียนต้องการเลี้ยงสัตว์ที่ออกไข่เพื่อให้ครอบครัวนำมาทำอาหาร ควรเลือกเลี้ยงสัตว์ชนิดใด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สุนัข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เป็ดและไก่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5 เรื่อง สัตว์รอบตัวเรา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เดินและวิ่ง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ปลา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ให้เนื้อและน้ำนมเป็นอาหาร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นกมีขนเป็นแผงและมีปีกสำหรับบิน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วัว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ออกลูกเป็นไข่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ไก่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สุนัข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ผีเสื้อ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ไข่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ปลา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ช่วยไถนา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ปลาใช้ปีกในการบินบนท้องฟ้า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เป็ดและไก่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5 เรื่อง สัตว์รอบตัวเรา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