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วัสดุชนิดใดนิยมนำมาทำแก้วน้ำเพราะมีลักษณะใสและแข็ง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วัสดุชนิดใดมีลักษณะอ่อนนุ่มและนิยมนำมาทำเสื้อผ้า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ถ้านักเรียนต้องการวัสดุที่น้ำหนักเบาและตกไม่แตกเพื่อทำกล่องใส่ของเล่น ควรเลือกใช้วัสดุใด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ข้อใดคือลักษณะของ "ไม้" ที่พบเห็นได้ทั่วไป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ใสและมองทะลุได้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นุ่มและน้ำหนักเบา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ยืดหยุ่นและดึงให้ยืดได้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แข็งและมีลวดลายเป็นธรรมชาติ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กระดาษเหมาะสมที่จะนำมาทำเป็นสมุดหรือหนังสือ เพราะมีลักษณะตามข้อใด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บางและน้ำหนักเบา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นุ่มและฟู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แข็งและหนา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ใสและมีน้ำหนักมาก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เครื่องมือช่าง เช่น ค้อน หรือประแจ ต้องทนทานและแข็งแรงมาก ของใช้เหล่านี้มักทำมาจากวัสดุชนิดใด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ข้อใดกล่าวถึงลักษณะของ "พลาสติก"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มีน้ำหนักมากและเป็นสนิมได้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มีลักษณะนุ่มและดูดซับน้ำได้ดี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แตกหักได้ง่ายเมื่อทำตก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มีน้ำหนักเบา สีสันหลากหลาย และกันน้ำได้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เพื่อความปลอดภัยของเด็ก ๆ ควรใช้แก้วน้ำดื่มที่ทำมาจากวัสดุใดเพื่อป้องกันการตกแตก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แก้วใส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เพราะเหตุใดเราจึงใช้ "ผ้า" ทำเสื้อผ้าแทนการใช้กระดาษ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เพราะผ้ามีน้ำหนักมากและแข็ง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เพราะกระดาษมีราคาแพงกว่าผ้า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เพราะผ้าอ่อนนุ่มและซักทำความสะอาดได้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เพราะกระดาษใสและกันน้ำได้ดี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ลักษณะของโลหะ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มีความแข็งแรงทนทาน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ฉีกขาดได้ง่ายด้วยมือเปล่า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มีน้ำหนักมาก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ผิวเรียบและทนความร้อนได้ดี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ถ้าต้องการกล่องเก็บของที่มีน้ำหนักเบาและทนต่อน้ำ ควรเลือกใช้กล่องที่ทำจากสิ่งใด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กล่องแก้ว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กล่องไม้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กล่องกระดาษ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กล่องพลาสติก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วัสดุชนิดใดนิยมนำมาทำโต๊ะและเก้าอี้ เพราะมีความแข็งแรงและรับน้ำหนักได้ดี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ข้อใดคือลักษณะสำคัญของ "กระดาษ"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ฉีกขาดง่ายและพับเป็นรูปร่างต่าง ๆ 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มีความยืดหยุ่นสูงเหมือนหนังยาง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ทนทานต่อการเปียกน้ำ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ใสและแตกได้เมื่อทำตก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หากต้องการทำบานหน้าต่างเพื่อให้แสงแดดส่องเข้ามาในบ้านได้ ควรใช้วัสดุใด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วัสดุชนิดใดเหมาะสำหรับนำมาทำถุงใส่ของ ที่สามารถซักทำความสะอาดแล้วนำกลับมาใช้ใหม่ได้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เพราะเหตุใดเราจึงไม่นิยมนำ "ไม้" มาทำเป็นแก้วน้ำดื่ม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เพราะไม้แตกง่ายเมื่อหล่นพื้น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เพราะไม้มีน้ำหนักมากเกินไป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เพราะไม้ดูดซับน้ำและอาจทำให้เกิดเชื้อราได้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เพราะไม้อ่อนนุ่มและเปื่อยยุ่ยง่าย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วัสดุในข้อใดเหมาะสำหรับนำมาทำตะกร้าใส่ของมากที่สุด เพราะมีน้ำหนักเบาและทนทาน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โลหะ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ถ้านักเรียนต้องการสร้างตู้ปลาที่ใสและมองเห็นปลาข้างในได้ชัดเจน ควรเลือกใช้วัสดุใด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วัสดุที่นำมาทำเสื้อผ้าควรมีลักษณะตามข้อใดเพื่อให้สวมใส่สบาย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อ่อนนุ่มและระบายอากาศได้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แข็งและทนทาน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มีน้ำหนักมากและยืดไม่ได้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ใสและกันน้ำได้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วัสดุชนิดใด "ไม่เหมาะ" สำหรับนำมาทำกล่องใส่ของเล่นเด็ก เพราะตกแตกได้ง่ายและเป็นอันตราย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กระดาษ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6 เรื่อง วัสดุและของใช้รอบตัว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แก้ว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แข็งและมีลวดลายเป็นธรรมชาติ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บางและน้ำหนักเบา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โลหะ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มีน้ำหนักเบา สีสันหลากหลาย และกันน้ำได้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พลาสติก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เพราะผ้าอ่อนนุ่มและซักทำความสะอาดได้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ฉีกขาดได้ง่ายด้วยมือเปล่า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กล่องพลาสติก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ฉีกขาดง่ายและพับเป็นรูปร่างต่าง ๆ 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แก้ว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เพราะไม้ดูดซับน้ำและอาจทำให้เกิดเชื้อราได้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พลาสติก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แก้ว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อ่อนนุ่มและระบายอากาศได้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แก้ว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6 เรื่อง วัสดุและของใช้รอบตัว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