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เสียงใดต่อไปนี้เป็นเสียงที่เกิดจากสัตว์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เสียงโทรศัพท์ดัง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เสียงใดที่เกิดจากการเคลื่อนไหวของลม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เสียงคนพูด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เสียงใบไม้ไหว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เสียงนาฬิกาปลุก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เสียงที่เกิดจากการสั่นของวัตถุเรียกว่าเสียง_____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ต้นกำเนิด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แหล่งกำเนิด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แหล่งเสียง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เสียงสั่น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ถ้าเสียงดังมากเกินไปอาจทำให้เกิดอะไรกับหู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หูเจ็บ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หูสะอาด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หูได้ยินดีขึ้น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หูหนวก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เสียงใดต่อไปนี้เป็นเสียงดนตรี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เสียงกีตาร์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เสียงคนพูด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เสียงจากของใช้ในบ้านที่ใช้ทำความสะอาดคือเสียงอะไร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เสียงโทรทัศน์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เสียงนาฬิกาปลุก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เสียงใดที่มีความดังน้อยที่สุดในชีวิตประจำวัน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เสียงพูดปกติ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เสียงกระซิบ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ถ้าเราอยากฟังเสียงเพลงจากวิทยุควรทำอย่างไร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ปิดโทรศัพท์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ปิดวิทยุ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ปิดลำโพง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เปิดวิทยุ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เสียงใดต่อไปนี้ไม่ใช่เสียงที่เกิดจากคนพูด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เสียงหัวเราะ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เสียงร้องเพลง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เสียงเครื่องยนต์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เสียงพูดคุย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เสียงใดที่เกิดจากการเคลื่อนที่ของรถยนต์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เสียงโทรศัพท์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เสียงเครื่องยนต์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เสียงที่เราฟังได้ต้องมี_____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การสั่น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การเคลื่อนที่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การหยุดนิ่ง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การมองเห็น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เสียงใดที่เหมาะสมใช้ในห้องสมุด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เสียงกลองดัง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เสียงพูดเบาๆ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ถ้าเสียงดังเกินไปควรทำอย่างไรเพื่อป้องกันหู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ปิดหูด้วยมือ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เปิดเสียงดังขึ้น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พูดเสียงดังขึ้น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ใส่ที่อุดหู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เสียงใดต่อไปนี้เป็นเสียงที่เกิดจากสัตว์เลี้ยงในบ้าน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เสียงโทรศัพท์ดัง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เสียงแมวร้อง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เสียงนาฬิกาปลุก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เสียงใดที่เกิดจากเครื่องดนตรี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เสียงรถยนต์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เสียงคนพูด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ในสถานการณ์ที่มีเสียงดังมาก เราควรทำอย่างไรเพื่อปกป้องหู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ใส่ที่อุดหู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เปิดเพลงดัง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ปิดตา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เสียงใดที่เกิดจากการใช้ของใช้ในบ้าน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เสียงคนพูด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เสียงที่เราได้ยินเกิดจากการ____ของวัตถุ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หยุดนิ่ง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เคลื่อนที่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สั่น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มองเห็น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เสียงใดต่อไปนี้เป็นเสียงที่เกิดจากธรรมชาติ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เสียงกลอง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เสียงโทรศัพท์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เสียงเครื่องดูดฝุ่น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เสียงนกร้อง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ถ้าเราอยากฟังเสียงพูดของเพื่อนในห้องเรียนควรทำอย่างไร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เปิดเพลงดัง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ฟังด้วยความตั้งใจ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พูดเสียงดัง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ปิดหู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ข้อสอบวิทยาศาสตร์ฯ ป.1 ชุดที่ 7 เรื่อง เสียงในชีวิตประจำวัน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เสียงนกร้อง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เสียงใบไม้ไหว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แหล่งเสียง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หูหนวก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เสียงกีตาร์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เสียงเครื่องดูดฝุ่น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เสียงกระซิบ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เปิดวิทยุ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เสียงเครื่องยนต์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เสียงเครื่องยนต์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การสั่น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เสียงพูดเบาๆ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ใส่ที่อุดหู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เสียงแมวร้อง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เสียงกลอง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ใส่ที่อุดหู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เสียงเครื่องดูดฝุ่น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สั่น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เสียงนกร้อง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ฟังด้วยความตั้งใจ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ข้อสอบวิทยาศาสตร์ฯ ป.1 ชุดที่ 7 เรื่อง เสียงในชีวิตประจำวัน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