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บนท้องฟ้าในเวลากลางวัน เราจะมองเห็นสิ่งใดเด่นชัดที่สุด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ดวงอาทิตย์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ดวงจันทร์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ก้อนเมฆ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เราสามารถมองเห็นดวงจันทร์ส่องแสงสว่างได้ชัดเจนในเวลาใด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เวลาเช้าตรู่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เวลาฝนตก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เราได้รับแสงสว่างและความร้อนจากดวงอาทิตย์ในเวลา........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ตอนค่ำ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เที่ยงคืน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ถ้าเราสังเกตเห็นก้อนเมฆสีดำลอยต่ำบนท้องฟ้า แสดงว่ากำลังจะเกิดเหตุการณ์ใด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แดดออกจัด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ฝนกำลังจะตก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พายุหิมะตก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อากาศหนาวจัด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เหตุใดเราจึงมองไม่เห็นดวงดาวบนท้องฟ้าในเวลากลางวัน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เพราะแสงอาทิตย์สว่างจ้ากลบแสงของดวงดาว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เพราะก้อนเมฆบังไว้ทั้งหมด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เพราะดวงดาวหายไป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เพราะดวงดาวไม่มีแสงสว่าง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สิ่งใดบนท้องฟ้าในเวลากลางคืนที่มีแสงกะพริบระยิบระยับ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ก้อนเมฆ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ดวงจันทร์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ดวงอาทิตย์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สิ่งใดบนท้องฟ้าที่เราอาจมองเห็นได้ทั้งในเวลากลางวันและกลางคืน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สายรุ้ง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ดวงจันทร์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แสงเหนือ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ถ้าเรามองขึ้นไปบนท้องฟ้าแล้วเห็นความมืดและมีดวงดาวเต็มฟ้า แสดงว่าเป็นช่วงเวลาใด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เวลาเช้าตรู่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เวลาบ่าย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ดวงจันทร์ในคืนที่มีลักษณะเป็นโค้งเรียวเล็ก เราเรียกว่าอะไร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ดวงจันทร์เต็มดวง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ดวงจันทร์ครึ่งดวง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พระอาทิตย์ทรงกลด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พระจันทร์เสี้ยว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ช่วงเวลาใดที่เราสามารถสังเกตเห็นดวงดาวบนท้องฟ้าได้ชัดเจนที่สุด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เวลาเช้าตรู่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เวลาบ่าย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สิ่งใดที่เรา "ไม่สามารถ" มองเห็นได้บนท้องฟ้าในเวลากลางคืน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ดวงดาว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ดวงจันทร์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ก้อนเมฆ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ในคืนที่ท้องฟ้ามีก้อนเมฆมาก จะส่งผลต่อการมองเห็นดวงดาวอย่างไร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มองเห็นดวงดาวได้ไม่ชัดเจนหรือมองไม่เห็นเลย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มองเห็นดวงดาวสว่างและชัดเจนขึ้น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ดวงดาวจะมีขนาดใหญ่ขึ้น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ไม่มีผลต่อการมองเห็น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เหตุใดเราจึงมองไม่เห็นดวงอาทิตย์ในเวลากลางคืน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เพราะก้อนเมฆบังไว้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เพราะดวงอาทิตย์ดับแสงลง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เพราะโลกหมุนด้านที่เราอยู่ออกจากดวงอาทิตย์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เพราะดวงอาทิตย์ตกลงไปในน้ำ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ในบางวัน เราอาจมองเห็นดวงจันทร์ได้ในเวลาใดนอกเหนือจากเวลากลางคืน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เวลากลางคืนเท่านั้น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เวลาเที่ยงคืน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เวลาที่ฝนตกหนัก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เวลากลางวัน (เช่น ตอนเช้าหรือตอนเย็น)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ข้อใดกล่าวถึงก้อนเมฆได้ถูกต้อง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ก้อนเมฆคือดวงดาวชนิดหนึ่ง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ก้อนเมฆที่รวมตัวกันหนาแน่นจะทำให้เกิดฝนตก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ก้อนเมฆส่องแสงสว่างได้เอง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ก้อนเมฆมีรูปร่างเหมือนเดิมตลอดเวลา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ถ้านักเรียนมองขึ้นไปบนท้องฟ้าแล้วเห็นดวงจันทร์และดวงดาว แสดงว่าเป็นเวลาใด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เวลาเที่ยงตรง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เวลาบ่าย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ดวงอาทิตย์ขึ้นทางทิศ........และตกทางทิศ........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เหนือ - ใต้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ตะวันตก - ตะวันออก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ใต้ - เหนือ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ตะวันออก - ตะวันตก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ลักษณะของดวงดาวที่เราเห็นบนท้องฟ้า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มีแสงระยิบระยับ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มีรูปร่างเปลี่ยนไปเปลี่ยนมาเว้าแหว่งทุกคืน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เห็นได้ชัดเจนในเวลากลางคืน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เป็นจุดสว่างเล็ก ๆ บนท้องฟ้า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หากต้องการชมดวงจันทร์เต็มดวงสว่างไสว ควรดูในช่วงเวลาใด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เวลากลางวัน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เวลาเช้า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เวลาบ่าย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ทำไมในตอนเช้าและตอนเย็น ท้องฟ้าจึงมีสีสันสวยงาม เช่น สีส้ม หรือสีแดง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เพราะฝนกำลังจะตก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เพราะมีก้อนเมฆมาก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เพราะเป็นช่วงที่ดวงอาทิตย์กำลังขึ้นหรือตก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เพราะมีพายุลมแรง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8 เรื่อง ท้องฟ้าและดวงดาว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ดวงอาทิตย์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กลางวัน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ฝนกำลังจะตก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เพราะแสงอาทิตย์สว่างจ้ากลบแสงของดวงดาว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ดวงจันทร์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พระจันทร์เสี้ยว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เวลากลางคืน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ดวงอาทิตย์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มองเห็นดวงดาวได้ไม่ชัดเจนหรือมองไม่เห็นเลย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เพราะโลกหมุนด้านที่เราอยู่ออกจากดวงอาทิตย์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เวลากลางวัน (เช่น ตอนเช้าหรือตอนเย็น)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ก้อนเมฆที่รวมตัวกันหนาแน่นจะทำให้เกิดฝนตก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ตะวันออก - ตะวันตก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มีรูปร่างเปลี่ยนไปเปลี่ยนมาเว้าแหว่งทุกคืน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เวลากลางคืน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เพราะเป็นช่วงที่ดวงอาทิตย์กำลังขึ้นหรือตก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8 เรื่อง ท้องฟ้าและดวงดาว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