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หินชนิดใดนิยมนำมาปูพื้นหรือตกแต่งอาคารเพราะมีลวดลายสวยงาม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หินแกรนิต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หินอ่อน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หินทราย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หินศิลาแลง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ดินประเภทใดที่เหมาะสมที่สุดสำหรับการเจริญเติบโตของพืชทั่วไป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ดินร่วน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ดินทราย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ดินเหนียว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ดินลูกรัง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ลักษณะภายนอกของหินที่เราสามารถสังเกตได้ด้วยตาเปล่า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รูปร่าง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ลวดลาย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กลิ่น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ข้อใดคือประโยชน์ของดินที่มีต่อมนุษย์และสัตว์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ใช้ทำเป็นอาหาร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ใช้เป็นน้ำดื่ม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ใช้ปลูกพืชและเป็นที่อยู่อาศัย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ใช้เป็นเชื้อเพลิงเพื่อจุดไฟ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ถ้าเราใช้มือสัมผัสก้อนหิน จะสามารถสังเกตลักษณะใดของหินได้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สีของหิน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พื้นผิวของหิน (เรียบหรือขรุขระ)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ลวดลายของหิน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กลิ่นของหิน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หินที่มีลักษณะกลมมนและผิวเรียบเนียน ซึ่งมักพบตามแหล่งน้ำหรือลำธาร เรียกว่าอะไร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หินปูน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หินทราย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หินแกรนิต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หินกรวด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ลักษณะของดินที่ดีและเหมาะสมต่อการปลูกพืช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มีความเค็มจัด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มีธาตุอาหารที่พืชต้องการ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อุ้มน้ำได้พอดี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มีความร่วนซุยระบายอากาศได้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สิ่งใดที่ทำให้หินแต่ละก้อนมี "น้ำหนัก" แตกต่างกันอย่างชัดเจน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สีของหิน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ลวดลายของหิน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ขนาดของก้อนหิน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ความสวยงามของหิน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ข้อใดกล่าวถึงลักษณะของ "ดินเหนียว"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น้ำซึมผ่านได้รวดเร็วมาก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มีเม็ดดินขนาดใหญ่และหยาบ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มีเนื้อละเอียดและอุ้มน้ำได้ดีมาก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เหมาะสำหรับปลูกพืชที่ทนแล้ง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ถ้าเราต้องการนำหินมาทำ "ครก" ควรเลือกหินที่มีลักษณะใด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หินที่เปราะแตกหักง่าย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หินที่มีความแข็งแรงทนทานสูง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หินที่มีน้ำหนักเบา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หินที่มีเนื้อนิ่มปั้นได้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ข้อใดคือการนำ "หิน" มาใช้ประโยชน์ในชีวิตประจำวัน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ใช้ทำยารักษาโรค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ใช้ทอเป็นเสื้อผ้าเครื่องนุ่งห่ม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ใช้ทำเป็นอาหาร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ใช้ก่อสร้างอาคารและทำถนน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เพราะเหตุใด "ดินร่วน" จึงเหมาะสำหรับปลูกพืชผักสวนครัวมากที่สุด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เพราะมีความร่วนซุย ระบายน้ำและอากาศได้ดี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เพราะน้ำซึมผ่านไม่ได้เลย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เพราะมีความเค็มสูงช่วยฆ่าแมลง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เพราะมีเม็ดดินขนาดใหญ่และแข็งกระด้าง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ดินชนิดใดที่เมื่อเปียกน้ำแล้วจะเหนียวติดมือ และสามารถนำมาปั้นเป็นรูปต่าง ๆ ได้ดี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ดินเหนียว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ดินทราย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ดินร่วน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ดินลูกรัง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ประโยชน์ของหินและดิน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ใช้ทำครกหินตำน้ำพริก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ใช้ทำเครื่องปั้นดินเผา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ใช้ปูพื้นทางเดินในสวน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ใช้รับประทานเพื่อบำรุงร่างกาย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ข้อใดกล่าวถูกต้องเกี่ยวกับลักษณะของหินในธรรมชาติ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หินทุกก้อนมีสีดำเหมือนกันหมด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หินแต่ละก้อนอาจมีรูปร่าง ขนาด และสีที่แตกต่างกัน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หินทุกก้อนต้องมีผิวเรียบและกลมมน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หินทุกชนิดมีน้ำหนักเบาลอยน้ำได้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ถ้านักเรียนสังเกตพบว่าดินมีลักษณะเนื้อละเอียด จับตัวกันแน่น และน้ำซึมผ่านได้ยาก ดินชนิดนี้คือดินอะไร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ดินทราย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ดินร่วน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ดินเหนียว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ดินลูกรัง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ดินชนิดใดมีเม็ดดินขนาดใหญ่ เนื้อหยาบ น้ำและอากาศซึมผ่านได้ง่ายมากที่สุด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ดินเหนียว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ดินร่วน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ดินร่วนปนทราย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ดินทราย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พืชที่ต้องการน้ำน้อยและทนความแห้งแล้งได้ดี เช่น กระบองเพชร เหมาะที่จะปลูกในดินชนิดใด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ดินร่วน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ดินเหนียว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ดินทราย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ดินโคลน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"ไม่ถูกต้อง" เกี่ยวกับลักษณะของดิน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ดินทุกชนิดมีสีดำเหมือนกันและปลูกพืชได้ดีเท่ากัน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ดินเหนียวสามารถนำมาปั้นเป็นรูปทรงต่าง ๆ 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ดินแต่ละแห่งอาจมีสีและลักษณะเนื้อดินแตกต่างกัน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ดินทรายอุ้มน้ำได้น้อยกว่าดินเหนียว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ข้อใดคือความสำคัญของ "ดิน" ที่มีต่อสิ่งมีชีวิตบนโลก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ใช้เป็นอาหารหลักของมนุษย์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ใช้ปลูกพืชและเป็นแหล่งที่อยู่อาศัยของสัตว์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ใช้เป็นพลังงานทดแทนไฟฟ้า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ใช้ทำเครื่องนุ่งห่มและเสื้อผ้า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9 เรื่อง หิน ดิน และธรรมชาติรอบตัว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หินอ่อน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ดินร่วน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กลิ่น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ใช้ปลูกพืชและเป็นที่อยู่อาศัย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พื้นผิวของหิน (เรียบหรือขรุขระ)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หินกรวด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มีความเค็มจัด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ขนาดของก้อนหิน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มีเนื้อละเอียดและอุ้มน้ำได้ดีมาก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หินที่มีความแข็งแรงทนทานสูง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ใช้ก่อสร้างอาคารและทำถนน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เพราะมีความร่วนซุย ระบายน้ำและอากาศได้ดี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ดินเหนียว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ใช้รับประทานเพื่อบำรุงร่างกาย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หินแต่ละก้อนอาจมีรูปร่าง ขนาด และสีที่แตกต่างกัน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ดินเหนียว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ดินทราย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ดินทราย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ดินทุกชนิดมีสีดำเหมือนกันและปลูกพืชได้ดีเท่ากัน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ใช้ปลูกพืชและเป็นแหล่งที่อยู่อาศัยของสัตว์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9 เรื่อง หิน ดิน และธรรมชาติรอบตัว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